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0620F" w14:textId="10954446" w:rsidR="00D35ABE" w:rsidRPr="003B199C" w:rsidRDefault="00D35ABE">
      <w:pPr>
        <w:jc w:val="center"/>
        <w:rPr>
          <w:b/>
          <w:sz w:val="20"/>
          <w:szCs w:val="20"/>
        </w:rPr>
      </w:pPr>
      <w:r w:rsidRPr="003B199C">
        <w:rPr>
          <w:noProof/>
          <w:sz w:val="20"/>
          <w:szCs w:val="20"/>
        </w:rPr>
        <w:drawing>
          <wp:inline distT="0" distB="0" distL="0" distR="0" wp14:anchorId="094CE013" wp14:editId="5C38C8A4">
            <wp:extent cx="2470150" cy="1023620"/>
            <wp:effectExtent l="0" t="0" r="6350" b="5080"/>
            <wp:docPr id="1371266974" name="Picture 1" descr="NDC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266974" name="Picture 1" descr="NDC logo&#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0150" cy="1023620"/>
                    </a:xfrm>
                    <a:prstGeom prst="rect">
                      <a:avLst/>
                    </a:prstGeom>
                    <a:noFill/>
                    <a:ln>
                      <a:noFill/>
                    </a:ln>
                  </pic:spPr>
                </pic:pic>
              </a:graphicData>
            </a:graphic>
          </wp:inline>
        </w:drawing>
      </w:r>
    </w:p>
    <w:p w14:paraId="33328284" w14:textId="4BCED83A" w:rsidR="00142424" w:rsidRPr="001C53CB" w:rsidRDefault="002F7851">
      <w:pPr>
        <w:jc w:val="center"/>
        <w:rPr>
          <w:sz w:val="44"/>
          <w:szCs w:val="44"/>
        </w:rPr>
      </w:pPr>
      <w:r w:rsidRPr="001C53CB">
        <w:rPr>
          <w:b/>
          <w:sz w:val="44"/>
          <w:szCs w:val="44"/>
        </w:rPr>
        <w:t>Checklist for Selling Animals as Pets</w:t>
      </w:r>
    </w:p>
    <w:p w14:paraId="1167BFE7" w14:textId="01FE8255" w:rsidR="00A72F90" w:rsidRPr="00362A10" w:rsidRDefault="00A72F90" w:rsidP="00A72F90">
      <w:r w:rsidRPr="003B199C">
        <w:rPr>
          <w:sz w:val="20"/>
          <w:szCs w:val="20"/>
        </w:rPr>
        <w:t xml:space="preserve">This checklist </w:t>
      </w:r>
      <w:r w:rsidRPr="00F223CA">
        <w:rPr>
          <w:sz w:val="20"/>
          <w:szCs w:val="20"/>
        </w:rPr>
        <w:t xml:space="preserve">is for businesses that provide dog day care. It </w:t>
      </w:r>
      <w:r w:rsidRPr="003B199C">
        <w:rPr>
          <w:sz w:val="20"/>
          <w:szCs w:val="20"/>
        </w:rPr>
        <w:t xml:space="preserve">focuses on </w:t>
      </w:r>
      <w:r w:rsidRPr="00F223CA">
        <w:rPr>
          <w:sz w:val="20"/>
          <w:szCs w:val="20"/>
        </w:rPr>
        <w:t xml:space="preserve">the </w:t>
      </w:r>
      <w:r w:rsidRPr="003B199C">
        <w:rPr>
          <w:sz w:val="20"/>
          <w:szCs w:val="20"/>
        </w:rPr>
        <w:t xml:space="preserve">paperwork, records and key practical arrangements </w:t>
      </w:r>
      <w:r w:rsidRPr="00F223CA">
        <w:rPr>
          <w:sz w:val="20"/>
          <w:szCs w:val="20"/>
        </w:rPr>
        <w:t xml:space="preserve">you should have in place before applying for, or renewing, a </w:t>
      </w:r>
      <w:proofErr w:type="spellStart"/>
      <w:r w:rsidRPr="00F223CA">
        <w:rPr>
          <w:sz w:val="20"/>
          <w:szCs w:val="20"/>
        </w:rPr>
        <w:t>licence</w:t>
      </w:r>
      <w:proofErr w:type="spellEnd"/>
      <w:r w:rsidRPr="00F223CA">
        <w:rPr>
          <w:sz w:val="20"/>
          <w:szCs w:val="20"/>
        </w:rPr>
        <w:t xml:space="preserve">. </w:t>
      </w:r>
      <w:r w:rsidRPr="003B199C">
        <w:rPr>
          <w:sz w:val="20"/>
          <w:szCs w:val="20"/>
        </w:rPr>
        <w:t xml:space="preserve">It should be </w:t>
      </w:r>
      <w:r w:rsidRPr="00F223CA">
        <w:rPr>
          <w:sz w:val="20"/>
          <w:szCs w:val="20"/>
        </w:rPr>
        <w:t>read</w:t>
      </w:r>
      <w:r w:rsidRPr="003B199C">
        <w:rPr>
          <w:sz w:val="20"/>
          <w:szCs w:val="20"/>
        </w:rPr>
        <w:t xml:space="preserve"> alongside the current DEFRA statutory guidance for </w:t>
      </w:r>
      <w:r>
        <w:rPr>
          <w:sz w:val="20"/>
          <w:szCs w:val="20"/>
        </w:rPr>
        <w:t>selling animals as pets</w:t>
      </w:r>
      <w:r w:rsidRPr="003B199C">
        <w:rPr>
          <w:sz w:val="20"/>
          <w:szCs w:val="20"/>
        </w:rPr>
        <w:t xml:space="preserve"> and North Devon Council’s Animal Licensing Policy.</w:t>
      </w:r>
    </w:p>
    <w:p w14:paraId="5439CBD8" w14:textId="199F5A69" w:rsidR="00A72F90" w:rsidRPr="00362A10" w:rsidRDefault="00A72F90" w:rsidP="00A72F90">
      <w:r w:rsidRPr="006F686A">
        <w:rPr>
          <w:sz w:val="20"/>
          <w:szCs w:val="20"/>
        </w:rPr>
        <w:t xml:space="preserve">By </w:t>
      </w:r>
      <w:proofErr w:type="gramStart"/>
      <w:r w:rsidRPr="006F686A">
        <w:rPr>
          <w:sz w:val="20"/>
          <w:szCs w:val="20"/>
        </w:rPr>
        <w:t>submitting an application</w:t>
      </w:r>
      <w:proofErr w:type="gramEnd"/>
      <w:r w:rsidRPr="006F686A">
        <w:rPr>
          <w:sz w:val="20"/>
          <w:szCs w:val="20"/>
        </w:rPr>
        <w:t xml:space="preserve">, you are confirming that your premises are suitable, structurally compliant and ready for inspection. You are also confirming that you have the necessary policies, procedures and records in place to meet the relevant legislation, </w:t>
      </w:r>
      <w:proofErr w:type="spellStart"/>
      <w:r w:rsidRPr="006F686A">
        <w:rPr>
          <w:sz w:val="20"/>
          <w:szCs w:val="20"/>
        </w:rPr>
        <w:t>licence</w:t>
      </w:r>
      <w:proofErr w:type="spellEnd"/>
      <w:r w:rsidRPr="006F686A">
        <w:rPr>
          <w:sz w:val="20"/>
          <w:szCs w:val="20"/>
        </w:rPr>
        <w:t xml:space="preserve"> conditions and statutory guidance. You must not start</w:t>
      </w:r>
      <w:r>
        <w:rPr>
          <w:sz w:val="20"/>
          <w:szCs w:val="20"/>
        </w:rPr>
        <w:t xml:space="preserve"> selling animals as pets</w:t>
      </w:r>
      <w:r w:rsidRPr="006F686A">
        <w:rPr>
          <w:sz w:val="20"/>
          <w:szCs w:val="20"/>
        </w:rPr>
        <w:t xml:space="preserve"> until a </w:t>
      </w:r>
      <w:proofErr w:type="spellStart"/>
      <w:r w:rsidRPr="006F686A">
        <w:rPr>
          <w:sz w:val="20"/>
          <w:szCs w:val="20"/>
        </w:rPr>
        <w:t>licence</w:t>
      </w:r>
      <w:proofErr w:type="spellEnd"/>
      <w:r w:rsidRPr="006F686A">
        <w:rPr>
          <w:sz w:val="20"/>
          <w:szCs w:val="20"/>
        </w:rPr>
        <w:t xml:space="preserve"> has been granted.</w:t>
      </w:r>
    </w:p>
    <w:p w14:paraId="484E0FE2" w14:textId="77777777" w:rsidR="00A72F90" w:rsidRPr="00362A10" w:rsidRDefault="00A72F90" w:rsidP="00A72F90">
      <w:r w:rsidRPr="003B199C">
        <w:rPr>
          <w:rFonts w:cs="Arial"/>
          <w:w w:val="110"/>
          <w:sz w:val="20"/>
          <w:szCs w:val="20"/>
        </w:rPr>
        <w:t>If</w:t>
      </w:r>
      <w:r w:rsidRPr="003B199C">
        <w:rPr>
          <w:rFonts w:cs="Arial"/>
          <w:spacing w:val="-15"/>
          <w:w w:val="110"/>
          <w:sz w:val="20"/>
          <w:szCs w:val="20"/>
        </w:rPr>
        <w:t xml:space="preserve"> </w:t>
      </w:r>
      <w:r w:rsidRPr="003B199C">
        <w:rPr>
          <w:rFonts w:cs="Arial"/>
          <w:w w:val="110"/>
          <w:sz w:val="20"/>
          <w:szCs w:val="20"/>
        </w:rPr>
        <w:t>the</w:t>
      </w:r>
      <w:r w:rsidRPr="003B199C">
        <w:rPr>
          <w:rFonts w:cs="Arial"/>
          <w:spacing w:val="-15"/>
          <w:w w:val="110"/>
          <w:sz w:val="20"/>
          <w:szCs w:val="20"/>
        </w:rPr>
        <w:t xml:space="preserve"> </w:t>
      </w:r>
      <w:r w:rsidRPr="005A03CB">
        <w:rPr>
          <w:sz w:val="20"/>
          <w:szCs w:val="20"/>
        </w:rPr>
        <w:t>required</w:t>
      </w:r>
      <w:r w:rsidRPr="003B199C">
        <w:rPr>
          <w:rFonts w:cs="Arial"/>
          <w:spacing w:val="-14"/>
          <w:w w:val="110"/>
          <w:sz w:val="20"/>
          <w:szCs w:val="20"/>
        </w:rPr>
        <w:t xml:space="preserve"> </w:t>
      </w:r>
      <w:r w:rsidRPr="003B199C">
        <w:rPr>
          <w:rFonts w:cs="Arial"/>
          <w:w w:val="110"/>
          <w:sz w:val="20"/>
          <w:szCs w:val="20"/>
        </w:rPr>
        <w:t>paperwork</w:t>
      </w:r>
      <w:r w:rsidRPr="005A03CB">
        <w:rPr>
          <w:sz w:val="20"/>
          <w:szCs w:val="20"/>
        </w:rPr>
        <w:t xml:space="preserve"> is missing</w:t>
      </w:r>
      <w:r w:rsidRPr="003B199C">
        <w:rPr>
          <w:rFonts w:cs="Arial"/>
          <w:w w:val="110"/>
          <w:sz w:val="20"/>
          <w:szCs w:val="20"/>
        </w:rPr>
        <w:t>,</w:t>
      </w:r>
      <w:r w:rsidRPr="003B199C">
        <w:rPr>
          <w:rFonts w:cs="Arial"/>
          <w:spacing w:val="-15"/>
          <w:w w:val="110"/>
          <w:sz w:val="20"/>
          <w:szCs w:val="20"/>
        </w:rPr>
        <w:t xml:space="preserve"> </w:t>
      </w:r>
      <w:r w:rsidRPr="003B199C">
        <w:rPr>
          <w:rFonts w:cs="Arial"/>
          <w:w w:val="110"/>
          <w:sz w:val="20"/>
          <w:szCs w:val="20"/>
        </w:rPr>
        <w:t>or</w:t>
      </w:r>
      <w:r w:rsidRPr="003B199C">
        <w:rPr>
          <w:rFonts w:cs="Arial"/>
          <w:spacing w:val="-14"/>
          <w:w w:val="110"/>
          <w:sz w:val="20"/>
          <w:szCs w:val="20"/>
        </w:rPr>
        <w:t xml:space="preserve"> </w:t>
      </w:r>
      <w:r w:rsidRPr="003B199C">
        <w:rPr>
          <w:rFonts w:cs="Arial"/>
          <w:w w:val="110"/>
          <w:sz w:val="20"/>
          <w:szCs w:val="20"/>
        </w:rPr>
        <w:t>your</w:t>
      </w:r>
      <w:r w:rsidRPr="003B199C">
        <w:rPr>
          <w:rFonts w:cs="Arial"/>
          <w:spacing w:val="-15"/>
          <w:w w:val="110"/>
          <w:sz w:val="20"/>
          <w:szCs w:val="20"/>
        </w:rPr>
        <w:t xml:space="preserve"> </w:t>
      </w:r>
      <w:r w:rsidRPr="003B199C">
        <w:rPr>
          <w:rFonts w:cs="Arial"/>
          <w:w w:val="110"/>
          <w:sz w:val="20"/>
          <w:szCs w:val="20"/>
        </w:rPr>
        <w:t>premises</w:t>
      </w:r>
      <w:r w:rsidRPr="003B199C">
        <w:rPr>
          <w:rFonts w:cs="Arial"/>
          <w:spacing w:val="-14"/>
          <w:w w:val="110"/>
          <w:sz w:val="20"/>
          <w:szCs w:val="20"/>
        </w:rPr>
        <w:t xml:space="preserve"> </w:t>
      </w:r>
      <w:r w:rsidRPr="005A03CB">
        <w:rPr>
          <w:sz w:val="20"/>
          <w:szCs w:val="20"/>
        </w:rPr>
        <w:t>do not meet the required standards,</w:t>
      </w:r>
      <w:r w:rsidRPr="003B199C">
        <w:rPr>
          <w:rFonts w:cs="Arial"/>
          <w:spacing w:val="-7"/>
          <w:w w:val="110"/>
          <w:sz w:val="20"/>
          <w:szCs w:val="20"/>
        </w:rPr>
        <w:t xml:space="preserve"> </w:t>
      </w:r>
      <w:r w:rsidRPr="003B199C">
        <w:rPr>
          <w:rFonts w:cs="Arial"/>
          <w:w w:val="110"/>
          <w:sz w:val="20"/>
          <w:szCs w:val="20"/>
        </w:rPr>
        <w:t>your</w:t>
      </w:r>
      <w:r w:rsidRPr="003B199C">
        <w:rPr>
          <w:rFonts w:cs="Arial"/>
          <w:spacing w:val="-2"/>
          <w:w w:val="110"/>
          <w:sz w:val="20"/>
          <w:szCs w:val="20"/>
        </w:rPr>
        <w:t xml:space="preserve"> </w:t>
      </w:r>
      <w:r w:rsidRPr="003B199C">
        <w:rPr>
          <w:rFonts w:cs="Arial"/>
          <w:w w:val="110"/>
          <w:sz w:val="20"/>
          <w:szCs w:val="20"/>
        </w:rPr>
        <w:t xml:space="preserve">application </w:t>
      </w:r>
      <w:r w:rsidRPr="005A03CB">
        <w:rPr>
          <w:sz w:val="20"/>
          <w:szCs w:val="20"/>
        </w:rPr>
        <w:t xml:space="preserve">is likely to </w:t>
      </w:r>
      <w:r w:rsidRPr="003B199C">
        <w:rPr>
          <w:rFonts w:cs="Arial"/>
          <w:w w:val="110"/>
          <w:sz w:val="20"/>
          <w:szCs w:val="20"/>
        </w:rPr>
        <w:t>be</w:t>
      </w:r>
      <w:r w:rsidRPr="003B199C">
        <w:rPr>
          <w:rFonts w:cs="Arial"/>
          <w:spacing w:val="-7"/>
          <w:w w:val="110"/>
          <w:sz w:val="20"/>
          <w:szCs w:val="20"/>
        </w:rPr>
        <w:t xml:space="preserve"> </w:t>
      </w:r>
      <w:r w:rsidRPr="003B199C">
        <w:rPr>
          <w:rFonts w:cs="Arial"/>
          <w:w w:val="110"/>
          <w:sz w:val="20"/>
          <w:szCs w:val="20"/>
        </w:rPr>
        <w:t xml:space="preserve">refused. </w:t>
      </w:r>
      <w:r w:rsidRPr="005A03CB">
        <w:rPr>
          <w:sz w:val="20"/>
          <w:szCs w:val="20"/>
        </w:rPr>
        <w:t xml:space="preserve">If this happens, the Part A application fee will not be </w:t>
      </w:r>
      <w:proofErr w:type="gramStart"/>
      <w:r w:rsidRPr="005A03CB">
        <w:rPr>
          <w:sz w:val="20"/>
          <w:szCs w:val="20"/>
        </w:rPr>
        <w:t>refunded</w:t>
      </w:r>
      <w:proofErr w:type="gramEnd"/>
      <w:r w:rsidRPr="005A03CB">
        <w:rPr>
          <w:sz w:val="20"/>
          <w:szCs w:val="20"/>
        </w:rPr>
        <w:t xml:space="preserve"> and you will need to submit a new application and pay a new fee if you wish to apply again.</w:t>
      </w:r>
    </w:p>
    <w:p w14:paraId="75C438F3" w14:textId="3E1C7EED" w:rsidR="00A72F90" w:rsidRPr="00362A10" w:rsidRDefault="00A72F90" w:rsidP="00A72F90">
      <w:r w:rsidRPr="000E6246">
        <w:rPr>
          <w:sz w:val="20"/>
          <w:szCs w:val="20"/>
        </w:rPr>
        <w:t xml:space="preserve">You should read and understand the DEFRA </w:t>
      </w:r>
      <w:proofErr w:type="gramStart"/>
      <w:r>
        <w:rPr>
          <w:sz w:val="20"/>
          <w:szCs w:val="20"/>
        </w:rPr>
        <w:t xml:space="preserve">Selling </w:t>
      </w:r>
      <w:r w:rsidRPr="000E6246">
        <w:rPr>
          <w:sz w:val="20"/>
          <w:szCs w:val="20"/>
        </w:rPr>
        <w:t xml:space="preserve"> </w:t>
      </w:r>
      <w:r>
        <w:rPr>
          <w:sz w:val="20"/>
          <w:szCs w:val="20"/>
        </w:rPr>
        <w:t>Animals</w:t>
      </w:r>
      <w:proofErr w:type="gramEnd"/>
      <w:r>
        <w:rPr>
          <w:sz w:val="20"/>
          <w:szCs w:val="20"/>
        </w:rPr>
        <w:t xml:space="preserve"> as Pets </w:t>
      </w:r>
      <w:hyperlink r:id="rId9" w:history="1">
        <w:r>
          <w:rPr>
            <w:rStyle w:val="Hyperlink"/>
            <w:sz w:val="20"/>
            <w:szCs w:val="20"/>
          </w:rPr>
          <w:t>statutory guidance</w:t>
        </w:r>
      </w:hyperlink>
      <w:r>
        <w:rPr>
          <w:sz w:val="20"/>
          <w:szCs w:val="20"/>
        </w:rPr>
        <w:t xml:space="preserve"> </w:t>
      </w:r>
      <w:r w:rsidRPr="000E6246">
        <w:rPr>
          <w:sz w:val="20"/>
          <w:szCs w:val="20"/>
        </w:rPr>
        <w:t xml:space="preserve">for local authorities before applying. The full guidance covers all areas of dog day care licensing. We strongly suggest that you use the guidance, together with this checklist, as a self-audit tool before your </w:t>
      </w:r>
      <w:proofErr w:type="spellStart"/>
      <w:r w:rsidRPr="000E6246">
        <w:rPr>
          <w:sz w:val="20"/>
          <w:szCs w:val="20"/>
        </w:rPr>
        <w:t>licence</w:t>
      </w:r>
      <w:proofErr w:type="spellEnd"/>
      <w:r w:rsidRPr="000E6246">
        <w:rPr>
          <w:sz w:val="20"/>
          <w:szCs w:val="20"/>
        </w:rPr>
        <w:t xml:space="preserve"> inspection.</w:t>
      </w:r>
    </w:p>
    <w:p w14:paraId="03C9B90B" w14:textId="77777777" w:rsidR="00A72F90" w:rsidRPr="00362A10" w:rsidRDefault="00A72F90" w:rsidP="00A72F90">
      <w:r w:rsidRPr="003B199C">
        <w:rPr>
          <w:rFonts w:cs="Arial"/>
          <w:w w:val="105"/>
          <w:sz w:val="20"/>
          <w:szCs w:val="20"/>
        </w:rPr>
        <w:t xml:space="preserve">North Devon Council does not provide a pre-application service. </w:t>
      </w:r>
      <w:r w:rsidRPr="008F1C78">
        <w:rPr>
          <w:sz w:val="20"/>
          <w:szCs w:val="20"/>
        </w:rPr>
        <w:t>If</w:t>
      </w:r>
      <w:r w:rsidRPr="003B199C">
        <w:rPr>
          <w:rFonts w:cs="Arial"/>
          <w:w w:val="105"/>
          <w:sz w:val="20"/>
          <w:szCs w:val="20"/>
        </w:rPr>
        <w:t xml:space="preserve"> you have pre-application queries</w:t>
      </w:r>
      <w:r w:rsidRPr="008F1C78">
        <w:rPr>
          <w:sz w:val="20"/>
          <w:szCs w:val="20"/>
        </w:rPr>
        <w:t>,</w:t>
      </w:r>
      <w:r w:rsidRPr="003B199C">
        <w:rPr>
          <w:rFonts w:cs="Arial"/>
          <w:w w:val="105"/>
          <w:sz w:val="20"/>
          <w:szCs w:val="20"/>
        </w:rPr>
        <w:t xml:space="preserve"> you should </w:t>
      </w:r>
      <w:r w:rsidRPr="008F1C78">
        <w:rPr>
          <w:sz w:val="20"/>
          <w:szCs w:val="20"/>
        </w:rPr>
        <w:t>seek advice from</w:t>
      </w:r>
      <w:r w:rsidRPr="003B199C">
        <w:rPr>
          <w:rFonts w:cs="Arial"/>
          <w:w w:val="105"/>
          <w:sz w:val="20"/>
          <w:szCs w:val="20"/>
        </w:rPr>
        <w:t xml:space="preserve"> a competent professional. There are companies in the UK </w:t>
      </w:r>
      <w:r w:rsidRPr="008F1C78">
        <w:rPr>
          <w:sz w:val="20"/>
          <w:szCs w:val="20"/>
        </w:rPr>
        <w:t>that can</w:t>
      </w:r>
      <w:r w:rsidRPr="003B199C">
        <w:rPr>
          <w:rFonts w:cs="Arial"/>
          <w:w w:val="105"/>
          <w:sz w:val="20"/>
          <w:szCs w:val="20"/>
        </w:rPr>
        <w:t xml:space="preserve"> help </w:t>
      </w:r>
      <w:r w:rsidRPr="008F1C78">
        <w:rPr>
          <w:sz w:val="20"/>
          <w:szCs w:val="20"/>
        </w:rPr>
        <w:t>prepare</w:t>
      </w:r>
      <w:r w:rsidRPr="003B199C">
        <w:rPr>
          <w:rFonts w:cs="Arial"/>
          <w:w w:val="105"/>
          <w:sz w:val="20"/>
          <w:szCs w:val="20"/>
        </w:rPr>
        <w:t xml:space="preserve"> appropriate forms and record templates. North Devon Council </w:t>
      </w:r>
      <w:r w:rsidRPr="008F1C78">
        <w:rPr>
          <w:sz w:val="20"/>
          <w:szCs w:val="20"/>
        </w:rPr>
        <w:t>also provides</w:t>
      </w:r>
      <w:r w:rsidRPr="003B199C">
        <w:rPr>
          <w:rFonts w:cs="Arial"/>
          <w:w w:val="105"/>
          <w:sz w:val="20"/>
          <w:szCs w:val="20"/>
        </w:rPr>
        <w:t xml:space="preserve"> example templates </w:t>
      </w:r>
      <w:r w:rsidRPr="008F1C78">
        <w:rPr>
          <w:sz w:val="20"/>
          <w:szCs w:val="20"/>
        </w:rPr>
        <w:t xml:space="preserve">on its website, which </w:t>
      </w:r>
      <w:r w:rsidRPr="003B199C">
        <w:rPr>
          <w:rFonts w:cs="Arial"/>
          <w:w w:val="105"/>
          <w:sz w:val="20"/>
          <w:szCs w:val="20"/>
        </w:rPr>
        <w:t xml:space="preserve">you may wish to use or adapt </w:t>
      </w:r>
      <w:r w:rsidRPr="008F1C78">
        <w:rPr>
          <w:sz w:val="20"/>
          <w:szCs w:val="20"/>
        </w:rPr>
        <w:t>for</w:t>
      </w:r>
      <w:r w:rsidRPr="003B199C">
        <w:rPr>
          <w:rFonts w:cs="Arial"/>
          <w:w w:val="105"/>
          <w:sz w:val="20"/>
          <w:szCs w:val="20"/>
        </w:rPr>
        <w:t xml:space="preserve"> your business</w:t>
      </w:r>
      <w:r w:rsidRPr="008F1C78">
        <w:rPr>
          <w:sz w:val="20"/>
          <w:szCs w:val="20"/>
        </w:rPr>
        <w:t>.</w:t>
      </w:r>
    </w:p>
    <w:p w14:paraId="6CCC8AB9" w14:textId="77777777" w:rsidR="00A72F90" w:rsidRPr="00362A10" w:rsidRDefault="00A72F90" w:rsidP="00A72F90">
      <w:r w:rsidRPr="001B7116">
        <w:rPr>
          <w:sz w:val="20"/>
          <w:szCs w:val="20"/>
        </w:rPr>
        <w:t>This</w:t>
      </w:r>
      <w:r w:rsidRPr="003B199C">
        <w:rPr>
          <w:rFonts w:cs="Arial"/>
          <w:w w:val="110"/>
          <w:sz w:val="20"/>
          <w:szCs w:val="20"/>
        </w:rPr>
        <w:t xml:space="preserve"> checklist has been produced </w:t>
      </w:r>
      <w:r w:rsidRPr="001B7116">
        <w:rPr>
          <w:sz w:val="20"/>
          <w:szCs w:val="20"/>
        </w:rPr>
        <w:t xml:space="preserve">as a </w:t>
      </w:r>
      <w:r w:rsidRPr="003B199C">
        <w:rPr>
          <w:rFonts w:cs="Arial"/>
          <w:w w:val="110"/>
          <w:sz w:val="20"/>
          <w:szCs w:val="20"/>
        </w:rPr>
        <w:t xml:space="preserve">summary for applicants and </w:t>
      </w:r>
      <w:proofErr w:type="spellStart"/>
      <w:r w:rsidRPr="003B199C">
        <w:rPr>
          <w:rFonts w:cs="Arial"/>
          <w:w w:val="110"/>
          <w:sz w:val="20"/>
          <w:szCs w:val="20"/>
        </w:rPr>
        <w:t>licence</w:t>
      </w:r>
      <w:proofErr w:type="spellEnd"/>
      <w:r w:rsidRPr="003B199C">
        <w:rPr>
          <w:rFonts w:cs="Arial"/>
          <w:w w:val="110"/>
          <w:sz w:val="20"/>
          <w:szCs w:val="20"/>
        </w:rPr>
        <w:t xml:space="preserve"> holders. </w:t>
      </w:r>
      <w:r w:rsidRPr="001B7116">
        <w:rPr>
          <w:sz w:val="20"/>
          <w:szCs w:val="20"/>
        </w:rPr>
        <w:t>It is intended to help you carry out an</w:t>
      </w:r>
      <w:r w:rsidRPr="003B199C">
        <w:rPr>
          <w:rFonts w:cs="Arial"/>
          <w:w w:val="110"/>
          <w:sz w:val="20"/>
          <w:szCs w:val="20"/>
        </w:rPr>
        <w:t xml:space="preserve"> initial </w:t>
      </w:r>
      <w:r w:rsidRPr="001B7116">
        <w:rPr>
          <w:sz w:val="20"/>
          <w:szCs w:val="20"/>
        </w:rPr>
        <w:t>self-</w:t>
      </w:r>
      <w:r w:rsidRPr="003B199C">
        <w:rPr>
          <w:rFonts w:cs="Arial"/>
          <w:w w:val="110"/>
          <w:sz w:val="20"/>
          <w:szCs w:val="20"/>
        </w:rPr>
        <w:t xml:space="preserve">audit </w:t>
      </w:r>
      <w:r w:rsidRPr="001B7116">
        <w:rPr>
          <w:sz w:val="20"/>
          <w:szCs w:val="20"/>
        </w:rPr>
        <w:t>and decide</w:t>
      </w:r>
      <w:r w:rsidRPr="003B199C">
        <w:rPr>
          <w:rFonts w:cs="Arial"/>
          <w:w w:val="110"/>
          <w:sz w:val="20"/>
          <w:szCs w:val="20"/>
        </w:rPr>
        <w:t xml:space="preserve"> whether you may be a suitable candidate to apply for a </w:t>
      </w:r>
      <w:proofErr w:type="spellStart"/>
      <w:r w:rsidRPr="003B199C">
        <w:rPr>
          <w:rFonts w:cs="Arial"/>
          <w:w w:val="110"/>
          <w:sz w:val="20"/>
          <w:szCs w:val="20"/>
        </w:rPr>
        <w:t>licence</w:t>
      </w:r>
      <w:proofErr w:type="spellEnd"/>
      <w:r w:rsidRPr="003B199C">
        <w:rPr>
          <w:rFonts w:cs="Arial"/>
          <w:w w:val="110"/>
          <w:sz w:val="20"/>
          <w:szCs w:val="20"/>
        </w:rPr>
        <w:t xml:space="preserve"> or renewal. </w:t>
      </w:r>
      <w:r w:rsidRPr="001B7116">
        <w:rPr>
          <w:sz w:val="20"/>
          <w:szCs w:val="20"/>
        </w:rPr>
        <w:t xml:space="preserve">A </w:t>
      </w:r>
      <w:proofErr w:type="spellStart"/>
      <w:r w:rsidRPr="001B7116">
        <w:rPr>
          <w:sz w:val="20"/>
          <w:szCs w:val="20"/>
        </w:rPr>
        <w:t>licence</w:t>
      </w:r>
      <w:proofErr w:type="spellEnd"/>
      <w:r w:rsidRPr="001B7116">
        <w:rPr>
          <w:sz w:val="20"/>
          <w:szCs w:val="20"/>
        </w:rPr>
        <w:t xml:space="preserve"> can only</w:t>
      </w:r>
      <w:r w:rsidRPr="003B199C">
        <w:rPr>
          <w:rFonts w:cs="Arial"/>
          <w:w w:val="110"/>
          <w:sz w:val="20"/>
          <w:szCs w:val="20"/>
        </w:rPr>
        <w:t xml:space="preserve"> be granted </w:t>
      </w:r>
      <w:r w:rsidRPr="001B7116">
        <w:rPr>
          <w:sz w:val="20"/>
          <w:szCs w:val="20"/>
        </w:rPr>
        <w:t>where</w:t>
      </w:r>
      <w:r w:rsidRPr="003B199C">
        <w:rPr>
          <w:rFonts w:cs="Arial"/>
          <w:w w:val="110"/>
          <w:sz w:val="20"/>
          <w:szCs w:val="20"/>
        </w:rPr>
        <w:t xml:space="preserve"> all </w:t>
      </w:r>
      <w:r w:rsidRPr="001B7116">
        <w:rPr>
          <w:sz w:val="20"/>
          <w:szCs w:val="20"/>
        </w:rPr>
        <w:t xml:space="preserve">relevant </w:t>
      </w:r>
      <w:r w:rsidRPr="003B199C">
        <w:rPr>
          <w:rFonts w:cs="Arial"/>
          <w:w w:val="110"/>
          <w:sz w:val="20"/>
          <w:szCs w:val="20"/>
        </w:rPr>
        <w:t>general and specific conditions</w:t>
      </w:r>
      <w:r w:rsidRPr="001B7116">
        <w:rPr>
          <w:sz w:val="20"/>
          <w:szCs w:val="20"/>
        </w:rPr>
        <w:t>, known</w:t>
      </w:r>
      <w:r w:rsidRPr="003B199C">
        <w:rPr>
          <w:rFonts w:cs="Arial"/>
          <w:w w:val="110"/>
          <w:sz w:val="20"/>
          <w:szCs w:val="20"/>
        </w:rPr>
        <w:t xml:space="preserve"> as the minimum standards</w:t>
      </w:r>
      <w:r w:rsidRPr="001B7116">
        <w:rPr>
          <w:sz w:val="20"/>
          <w:szCs w:val="20"/>
        </w:rPr>
        <w:t>, are met.</w:t>
      </w:r>
    </w:p>
    <w:p w14:paraId="7DF2D017" w14:textId="77777777" w:rsidR="00A72F90" w:rsidRPr="00362A10" w:rsidRDefault="00A72F90" w:rsidP="00A72F90">
      <w:r w:rsidRPr="003B199C">
        <w:rPr>
          <w:rFonts w:cs="Arial"/>
          <w:w w:val="110"/>
          <w:sz w:val="20"/>
          <w:szCs w:val="20"/>
        </w:rPr>
        <w:t xml:space="preserve">Please </w:t>
      </w:r>
      <w:r w:rsidRPr="00834E13">
        <w:rPr>
          <w:sz w:val="20"/>
          <w:szCs w:val="20"/>
        </w:rPr>
        <w:t>note</w:t>
      </w:r>
      <w:r w:rsidRPr="003B199C">
        <w:rPr>
          <w:rFonts w:cs="Arial"/>
          <w:w w:val="110"/>
          <w:sz w:val="20"/>
          <w:szCs w:val="20"/>
        </w:rPr>
        <w:t xml:space="preserve"> that the </w:t>
      </w:r>
      <w:r w:rsidRPr="00834E13">
        <w:rPr>
          <w:sz w:val="20"/>
          <w:szCs w:val="20"/>
        </w:rPr>
        <w:t>statutory guidance</w:t>
      </w:r>
      <w:r w:rsidRPr="003B199C">
        <w:rPr>
          <w:rFonts w:cs="Arial"/>
          <w:w w:val="110"/>
          <w:sz w:val="20"/>
          <w:szCs w:val="20"/>
        </w:rPr>
        <w:t xml:space="preserve"> is updated </w:t>
      </w:r>
      <w:r w:rsidRPr="00834E13">
        <w:rPr>
          <w:sz w:val="20"/>
          <w:szCs w:val="20"/>
        </w:rPr>
        <w:t xml:space="preserve">from time to time </w:t>
      </w:r>
      <w:r w:rsidRPr="003B199C">
        <w:rPr>
          <w:rFonts w:cs="Arial"/>
          <w:w w:val="110"/>
          <w:sz w:val="20"/>
          <w:szCs w:val="20"/>
        </w:rPr>
        <w:t xml:space="preserve">and may supersede this checklist. It is the responsibility of the </w:t>
      </w:r>
      <w:proofErr w:type="spellStart"/>
      <w:r w:rsidRPr="003B199C">
        <w:rPr>
          <w:rFonts w:cs="Arial"/>
          <w:w w:val="110"/>
          <w:sz w:val="20"/>
          <w:szCs w:val="20"/>
        </w:rPr>
        <w:t>licence</w:t>
      </w:r>
      <w:proofErr w:type="spellEnd"/>
      <w:r w:rsidRPr="003B199C">
        <w:rPr>
          <w:rFonts w:cs="Arial"/>
          <w:w w:val="110"/>
          <w:sz w:val="20"/>
          <w:szCs w:val="20"/>
        </w:rPr>
        <w:t xml:space="preserve"> holder</w:t>
      </w:r>
      <w:r w:rsidRPr="00834E13">
        <w:rPr>
          <w:sz w:val="20"/>
          <w:szCs w:val="20"/>
        </w:rPr>
        <w:t xml:space="preserve"> or business </w:t>
      </w:r>
      <w:r w:rsidRPr="003B199C">
        <w:rPr>
          <w:rFonts w:cs="Arial"/>
          <w:w w:val="110"/>
          <w:sz w:val="20"/>
          <w:szCs w:val="20"/>
        </w:rPr>
        <w:t>owner to ensure that the documents</w:t>
      </w:r>
      <w:r w:rsidRPr="00834E13">
        <w:rPr>
          <w:sz w:val="20"/>
          <w:szCs w:val="20"/>
        </w:rPr>
        <w:t>, policies and records used</w:t>
      </w:r>
      <w:r w:rsidRPr="003B199C">
        <w:rPr>
          <w:rFonts w:cs="Arial"/>
          <w:w w:val="110"/>
          <w:sz w:val="20"/>
          <w:szCs w:val="20"/>
        </w:rPr>
        <w:t xml:space="preserve"> in the </w:t>
      </w:r>
      <w:r w:rsidRPr="00834E13">
        <w:rPr>
          <w:sz w:val="20"/>
          <w:szCs w:val="20"/>
        </w:rPr>
        <w:t xml:space="preserve">business </w:t>
      </w:r>
      <w:r w:rsidRPr="003B199C">
        <w:rPr>
          <w:rFonts w:cs="Arial"/>
          <w:w w:val="110"/>
          <w:sz w:val="20"/>
          <w:szCs w:val="20"/>
        </w:rPr>
        <w:t xml:space="preserve">satisfy the </w:t>
      </w:r>
      <w:r w:rsidRPr="00834E13">
        <w:rPr>
          <w:sz w:val="20"/>
          <w:szCs w:val="20"/>
        </w:rPr>
        <w:t>current</w:t>
      </w:r>
      <w:r w:rsidRPr="003B199C">
        <w:rPr>
          <w:rFonts w:cs="Arial"/>
          <w:w w:val="110"/>
          <w:sz w:val="20"/>
          <w:szCs w:val="20"/>
        </w:rPr>
        <w:t xml:space="preserve"> </w:t>
      </w:r>
      <w:proofErr w:type="spellStart"/>
      <w:r w:rsidRPr="003B199C">
        <w:rPr>
          <w:rFonts w:cs="Arial"/>
          <w:w w:val="110"/>
          <w:sz w:val="20"/>
          <w:szCs w:val="20"/>
        </w:rPr>
        <w:t>licence</w:t>
      </w:r>
      <w:proofErr w:type="spellEnd"/>
      <w:r w:rsidRPr="003B199C">
        <w:rPr>
          <w:rFonts w:cs="Arial"/>
          <w:w w:val="110"/>
          <w:sz w:val="20"/>
          <w:szCs w:val="20"/>
        </w:rPr>
        <w:t xml:space="preserve"> conditions</w:t>
      </w:r>
      <w:r w:rsidRPr="00834E13">
        <w:rPr>
          <w:sz w:val="20"/>
          <w:szCs w:val="20"/>
        </w:rPr>
        <w:t xml:space="preserve"> and statutory guidance</w:t>
      </w:r>
      <w:r w:rsidRPr="003B199C">
        <w:rPr>
          <w:rFonts w:cs="Arial"/>
          <w:w w:val="110"/>
          <w:sz w:val="20"/>
          <w:szCs w:val="20"/>
        </w:rPr>
        <w:t>.</w:t>
      </w:r>
    </w:p>
    <w:p w14:paraId="67261058" w14:textId="77777777" w:rsidR="00A72F90" w:rsidRPr="00362A10" w:rsidRDefault="00A72F90" w:rsidP="00A72F90">
      <w:r w:rsidRPr="003B199C">
        <w:rPr>
          <w:rFonts w:cs="Arial"/>
          <w:w w:val="105"/>
          <w:sz w:val="20"/>
          <w:szCs w:val="20"/>
        </w:rPr>
        <w:t>You</w:t>
      </w:r>
      <w:r w:rsidRPr="003B199C">
        <w:rPr>
          <w:rFonts w:cs="Arial"/>
          <w:spacing w:val="-11"/>
          <w:w w:val="105"/>
          <w:sz w:val="20"/>
          <w:szCs w:val="20"/>
        </w:rPr>
        <w:t xml:space="preserve"> </w:t>
      </w:r>
      <w:r w:rsidRPr="003B199C">
        <w:rPr>
          <w:rFonts w:cs="Arial"/>
          <w:w w:val="105"/>
          <w:sz w:val="20"/>
          <w:szCs w:val="20"/>
        </w:rPr>
        <w:t>are</w:t>
      </w:r>
      <w:r w:rsidRPr="003B199C">
        <w:rPr>
          <w:rFonts w:cs="Arial"/>
          <w:spacing w:val="-12"/>
          <w:w w:val="105"/>
          <w:sz w:val="20"/>
          <w:szCs w:val="20"/>
        </w:rPr>
        <w:t xml:space="preserve"> </w:t>
      </w:r>
      <w:r w:rsidRPr="003B199C">
        <w:rPr>
          <w:rFonts w:cs="Arial"/>
          <w:w w:val="105"/>
          <w:sz w:val="20"/>
          <w:szCs w:val="20"/>
        </w:rPr>
        <w:t>not</w:t>
      </w:r>
      <w:r w:rsidRPr="003B199C">
        <w:rPr>
          <w:rFonts w:cs="Arial"/>
          <w:spacing w:val="17"/>
          <w:w w:val="105"/>
          <w:sz w:val="20"/>
          <w:szCs w:val="20"/>
        </w:rPr>
        <w:t xml:space="preserve"> </w:t>
      </w:r>
      <w:r w:rsidRPr="003B199C">
        <w:rPr>
          <w:rFonts w:cs="Arial"/>
          <w:w w:val="105"/>
          <w:sz w:val="20"/>
          <w:szCs w:val="20"/>
        </w:rPr>
        <w:t>limited</w:t>
      </w:r>
      <w:r w:rsidRPr="003B199C">
        <w:rPr>
          <w:rFonts w:cs="Arial"/>
          <w:spacing w:val="-13"/>
          <w:w w:val="105"/>
          <w:sz w:val="20"/>
          <w:szCs w:val="20"/>
        </w:rPr>
        <w:t xml:space="preserve"> </w:t>
      </w:r>
      <w:r w:rsidRPr="003B199C">
        <w:rPr>
          <w:rFonts w:cs="Arial"/>
          <w:w w:val="105"/>
          <w:sz w:val="20"/>
          <w:szCs w:val="20"/>
        </w:rPr>
        <w:t xml:space="preserve">to the documents </w:t>
      </w:r>
      <w:r w:rsidRPr="008F287D">
        <w:rPr>
          <w:sz w:val="20"/>
          <w:szCs w:val="20"/>
        </w:rPr>
        <w:t>listed in this</w:t>
      </w:r>
      <w:r w:rsidRPr="003B199C">
        <w:rPr>
          <w:rFonts w:cs="Arial"/>
          <w:w w:val="105"/>
          <w:sz w:val="20"/>
          <w:szCs w:val="20"/>
        </w:rPr>
        <w:t xml:space="preserve"> checklist.</w:t>
      </w:r>
      <w:r w:rsidRPr="003B199C">
        <w:rPr>
          <w:rFonts w:cs="Arial"/>
          <w:spacing w:val="-16"/>
          <w:w w:val="105"/>
          <w:sz w:val="20"/>
          <w:szCs w:val="20"/>
        </w:rPr>
        <w:t xml:space="preserve"> </w:t>
      </w:r>
      <w:r w:rsidRPr="003B199C">
        <w:rPr>
          <w:rFonts w:cs="Arial"/>
          <w:w w:val="105"/>
          <w:sz w:val="20"/>
          <w:szCs w:val="20"/>
        </w:rPr>
        <w:t>The</w:t>
      </w:r>
      <w:r w:rsidRPr="003B199C">
        <w:rPr>
          <w:rFonts w:cs="Arial"/>
          <w:spacing w:val="-12"/>
          <w:w w:val="105"/>
          <w:sz w:val="20"/>
          <w:szCs w:val="20"/>
        </w:rPr>
        <w:t xml:space="preserve"> </w:t>
      </w:r>
      <w:r w:rsidRPr="003B199C">
        <w:rPr>
          <w:rFonts w:cs="Arial"/>
          <w:w w:val="105"/>
          <w:sz w:val="20"/>
          <w:szCs w:val="20"/>
        </w:rPr>
        <w:t>checklist aims</w:t>
      </w:r>
      <w:r w:rsidRPr="003B199C">
        <w:rPr>
          <w:rFonts w:cs="Arial"/>
          <w:spacing w:val="-13"/>
          <w:w w:val="105"/>
          <w:sz w:val="20"/>
          <w:szCs w:val="20"/>
        </w:rPr>
        <w:t xml:space="preserve"> </w:t>
      </w:r>
      <w:r w:rsidRPr="003B199C">
        <w:rPr>
          <w:rFonts w:cs="Arial"/>
          <w:w w:val="105"/>
          <w:sz w:val="20"/>
          <w:szCs w:val="20"/>
        </w:rPr>
        <w:t>to</w:t>
      </w:r>
      <w:r w:rsidRPr="003B199C">
        <w:rPr>
          <w:rFonts w:cs="Arial"/>
          <w:spacing w:val="17"/>
          <w:w w:val="105"/>
          <w:sz w:val="20"/>
          <w:szCs w:val="20"/>
        </w:rPr>
        <w:t xml:space="preserve"> </w:t>
      </w:r>
      <w:r w:rsidRPr="003B199C">
        <w:rPr>
          <w:rFonts w:cs="Arial"/>
          <w:w w:val="105"/>
          <w:sz w:val="20"/>
          <w:szCs w:val="20"/>
        </w:rPr>
        <w:t>cover</w:t>
      </w:r>
      <w:r w:rsidRPr="003B199C">
        <w:rPr>
          <w:rFonts w:cs="Arial"/>
          <w:spacing w:val="-9"/>
          <w:w w:val="105"/>
          <w:sz w:val="20"/>
          <w:szCs w:val="20"/>
        </w:rPr>
        <w:t xml:space="preserve"> </w:t>
      </w:r>
      <w:r w:rsidRPr="003B199C">
        <w:rPr>
          <w:rFonts w:cs="Arial"/>
          <w:w w:val="105"/>
          <w:sz w:val="20"/>
          <w:szCs w:val="20"/>
        </w:rPr>
        <w:t xml:space="preserve">the minimum requirements </w:t>
      </w:r>
      <w:r w:rsidRPr="008F287D">
        <w:rPr>
          <w:sz w:val="20"/>
          <w:szCs w:val="20"/>
        </w:rPr>
        <w:t>needed to support</w:t>
      </w:r>
      <w:r w:rsidRPr="003B199C">
        <w:rPr>
          <w:rFonts w:cs="Arial"/>
          <w:w w:val="105"/>
          <w:sz w:val="20"/>
          <w:szCs w:val="20"/>
        </w:rPr>
        <w:t xml:space="preserve"> the grant of a </w:t>
      </w:r>
      <w:proofErr w:type="spellStart"/>
      <w:r w:rsidRPr="003B199C">
        <w:rPr>
          <w:rFonts w:cs="Arial"/>
          <w:w w:val="105"/>
          <w:sz w:val="20"/>
          <w:szCs w:val="20"/>
        </w:rPr>
        <w:t>licence</w:t>
      </w:r>
      <w:proofErr w:type="spellEnd"/>
      <w:r w:rsidRPr="003B199C">
        <w:rPr>
          <w:rFonts w:cs="Arial"/>
          <w:w w:val="105"/>
          <w:sz w:val="20"/>
          <w:szCs w:val="20"/>
        </w:rPr>
        <w:t xml:space="preserve"> and </w:t>
      </w:r>
      <w:r w:rsidRPr="008F287D">
        <w:rPr>
          <w:sz w:val="20"/>
          <w:szCs w:val="20"/>
        </w:rPr>
        <w:t xml:space="preserve">to identify </w:t>
      </w:r>
      <w:r w:rsidRPr="003B199C">
        <w:rPr>
          <w:rFonts w:cs="Arial"/>
          <w:w w:val="105"/>
          <w:sz w:val="20"/>
          <w:szCs w:val="20"/>
        </w:rPr>
        <w:t xml:space="preserve">where </w:t>
      </w:r>
      <w:r w:rsidRPr="008F287D">
        <w:rPr>
          <w:sz w:val="20"/>
          <w:szCs w:val="20"/>
        </w:rPr>
        <w:t xml:space="preserve">written </w:t>
      </w:r>
      <w:r w:rsidRPr="003B199C">
        <w:rPr>
          <w:rFonts w:cs="Arial"/>
          <w:w w:val="105"/>
          <w:sz w:val="20"/>
          <w:szCs w:val="20"/>
        </w:rPr>
        <w:t xml:space="preserve">records are required. </w:t>
      </w:r>
      <w:r w:rsidRPr="008F287D">
        <w:rPr>
          <w:sz w:val="20"/>
          <w:szCs w:val="20"/>
        </w:rPr>
        <w:t>Optional</w:t>
      </w:r>
      <w:r w:rsidRPr="003B199C">
        <w:rPr>
          <w:rFonts w:cs="Arial"/>
          <w:w w:val="105"/>
          <w:sz w:val="20"/>
          <w:szCs w:val="20"/>
        </w:rPr>
        <w:t xml:space="preserve"> higher standards (OHS) </w:t>
      </w:r>
      <w:r w:rsidRPr="008F287D">
        <w:rPr>
          <w:sz w:val="20"/>
          <w:szCs w:val="20"/>
        </w:rPr>
        <w:t>and</w:t>
      </w:r>
      <w:r w:rsidRPr="003B199C">
        <w:rPr>
          <w:rFonts w:cs="Arial"/>
          <w:w w:val="105"/>
          <w:sz w:val="20"/>
          <w:szCs w:val="20"/>
        </w:rPr>
        <w:t xml:space="preserve"> required higher standards (</w:t>
      </w:r>
      <w:proofErr w:type="spellStart"/>
      <w:r w:rsidRPr="003B199C">
        <w:rPr>
          <w:rFonts w:cs="Arial"/>
          <w:w w:val="105"/>
          <w:sz w:val="20"/>
          <w:szCs w:val="20"/>
        </w:rPr>
        <w:t>RHS</w:t>
      </w:r>
      <w:proofErr w:type="spellEnd"/>
      <w:r w:rsidRPr="008F287D">
        <w:rPr>
          <w:sz w:val="20"/>
          <w:szCs w:val="20"/>
        </w:rPr>
        <w:t xml:space="preserve">), </w:t>
      </w:r>
      <w:r w:rsidRPr="003B199C">
        <w:rPr>
          <w:rFonts w:cs="Arial"/>
          <w:w w:val="105"/>
          <w:sz w:val="20"/>
          <w:szCs w:val="20"/>
        </w:rPr>
        <w:t xml:space="preserve">which </w:t>
      </w:r>
      <w:r w:rsidRPr="008F287D">
        <w:rPr>
          <w:sz w:val="20"/>
          <w:szCs w:val="20"/>
        </w:rPr>
        <w:t>may support</w:t>
      </w:r>
      <w:r w:rsidRPr="003B199C">
        <w:rPr>
          <w:rFonts w:cs="Arial"/>
          <w:w w:val="105"/>
          <w:sz w:val="20"/>
          <w:szCs w:val="20"/>
        </w:rPr>
        <w:t xml:space="preserve"> a higher star rating</w:t>
      </w:r>
      <w:r w:rsidRPr="008F287D">
        <w:rPr>
          <w:sz w:val="20"/>
          <w:szCs w:val="20"/>
        </w:rPr>
        <w:t xml:space="preserve">, are only included </w:t>
      </w:r>
      <w:r w:rsidRPr="003B199C">
        <w:rPr>
          <w:rFonts w:cs="Arial"/>
          <w:w w:val="105"/>
          <w:sz w:val="20"/>
          <w:szCs w:val="20"/>
        </w:rPr>
        <w:t xml:space="preserve">where they require written record keeping. You should refer to the </w:t>
      </w:r>
      <w:r w:rsidRPr="008F287D">
        <w:rPr>
          <w:sz w:val="20"/>
          <w:szCs w:val="20"/>
        </w:rPr>
        <w:t>current statutory guidance</w:t>
      </w:r>
      <w:r w:rsidRPr="003B199C">
        <w:rPr>
          <w:rFonts w:cs="Arial"/>
          <w:w w:val="105"/>
          <w:sz w:val="20"/>
          <w:szCs w:val="20"/>
        </w:rPr>
        <w:t xml:space="preserve"> for all other OHS and </w:t>
      </w:r>
      <w:proofErr w:type="spellStart"/>
      <w:r w:rsidRPr="003B199C">
        <w:rPr>
          <w:rFonts w:cs="Arial"/>
          <w:w w:val="105"/>
          <w:sz w:val="20"/>
          <w:szCs w:val="20"/>
        </w:rPr>
        <w:t>RHS</w:t>
      </w:r>
      <w:proofErr w:type="spellEnd"/>
      <w:r w:rsidRPr="008F287D">
        <w:rPr>
          <w:sz w:val="20"/>
          <w:szCs w:val="20"/>
        </w:rPr>
        <w:t xml:space="preserve"> requirements</w:t>
      </w:r>
      <w:r w:rsidRPr="003B199C">
        <w:rPr>
          <w:rFonts w:cs="Arial"/>
          <w:w w:val="105"/>
          <w:sz w:val="20"/>
          <w:szCs w:val="20"/>
        </w:rPr>
        <w:t>.</w:t>
      </w:r>
    </w:p>
    <w:p w14:paraId="0547D3B2" w14:textId="77777777" w:rsidR="003B199C" w:rsidRDefault="003B199C" w:rsidP="003B199C">
      <w:pPr>
        <w:pStyle w:val="BodyText"/>
        <w:rPr>
          <w:w w:val="105"/>
          <w:sz w:val="22"/>
        </w:rPr>
      </w:pPr>
    </w:p>
    <w:p w14:paraId="474DD94F" w14:textId="77777777" w:rsidR="001947D8" w:rsidRDefault="001947D8" w:rsidP="003B199C">
      <w:pPr>
        <w:pStyle w:val="BodyText"/>
        <w:rPr>
          <w:w w:val="105"/>
          <w:sz w:val="22"/>
        </w:rPr>
      </w:pPr>
    </w:p>
    <w:p w14:paraId="2074F068" w14:textId="77777777" w:rsidR="003B199C" w:rsidRPr="00D35ABE" w:rsidRDefault="003B199C"/>
    <w:tbl>
      <w:tblPr>
        <w:tblW w:w="11016" w:type="dxa"/>
        <w:jc w:val="center"/>
        <w:tblLayout w:type="fixed"/>
        <w:tblLook w:val="04A0" w:firstRow="1" w:lastRow="0" w:firstColumn="1" w:lastColumn="0" w:noHBand="0" w:noVBand="1"/>
      </w:tblPr>
      <w:tblGrid>
        <w:gridCol w:w="1440"/>
        <w:gridCol w:w="2016"/>
        <w:gridCol w:w="6624"/>
        <w:gridCol w:w="936"/>
      </w:tblGrid>
      <w:tr w:rsidR="00D35ABE" w:rsidRPr="00D35ABE" w14:paraId="0FFB9946"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shd w:val="clear" w:color="auto" w:fill="F2F2F2" w:themeFill="background1" w:themeFillShade="F2"/>
            <w:tcMar>
              <w:top w:w="90" w:type="dxa"/>
              <w:left w:w="100" w:type="dxa"/>
              <w:bottom w:w="90" w:type="dxa"/>
              <w:right w:w="100" w:type="dxa"/>
            </w:tcMar>
            <w:vAlign w:val="center"/>
          </w:tcPr>
          <w:p w14:paraId="08F97457" w14:textId="5A3CA800" w:rsidR="00D35ABE" w:rsidRPr="00D35ABE" w:rsidRDefault="00D35ABE">
            <w:pPr>
              <w:rPr>
                <w:b/>
                <w:bCs/>
                <w:sz w:val="16"/>
              </w:rPr>
            </w:pPr>
            <w:r w:rsidRPr="00D35ABE">
              <w:rPr>
                <w:b/>
                <w:bCs/>
                <w:sz w:val="16"/>
              </w:rPr>
              <w:lastRenderedPageBreak/>
              <w:t>Relevant requirement</w:t>
            </w:r>
          </w:p>
        </w:tc>
        <w:tc>
          <w:tcPr>
            <w:tcW w:w="2016" w:type="dxa"/>
            <w:tcBorders>
              <w:top w:val="single" w:sz="4" w:space="0" w:color="D9E2E7"/>
              <w:left w:val="single" w:sz="4" w:space="0" w:color="D9E2E7"/>
              <w:bottom w:val="single" w:sz="4" w:space="0" w:color="D9E2E7"/>
              <w:right w:val="single" w:sz="4" w:space="0" w:color="D9E2E7"/>
            </w:tcBorders>
            <w:shd w:val="clear" w:color="auto" w:fill="F2F2F2" w:themeFill="background1" w:themeFillShade="F2"/>
            <w:tcMar>
              <w:top w:w="90" w:type="dxa"/>
              <w:left w:w="100" w:type="dxa"/>
              <w:bottom w:w="90" w:type="dxa"/>
              <w:right w:w="100" w:type="dxa"/>
            </w:tcMar>
            <w:vAlign w:val="center"/>
          </w:tcPr>
          <w:p w14:paraId="64F0F2EA" w14:textId="556536E5" w:rsidR="00D35ABE" w:rsidRPr="00D35ABE" w:rsidRDefault="00D35ABE">
            <w:pPr>
              <w:rPr>
                <w:b/>
                <w:bCs/>
                <w:sz w:val="16"/>
              </w:rPr>
            </w:pPr>
            <w:r w:rsidRPr="00D35ABE">
              <w:rPr>
                <w:b/>
                <w:bCs/>
                <w:sz w:val="16"/>
              </w:rPr>
              <w:t>Condition/standard</w:t>
            </w:r>
          </w:p>
        </w:tc>
        <w:tc>
          <w:tcPr>
            <w:tcW w:w="6624" w:type="dxa"/>
            <w:tcBorders>
              <w:top w:val="single" w:sz="4" w:space="0" w:color="D9E2E7"/>
              <w:left w:val="single" w:sz="4" w:space="0" w:color="D9E2E7"/>
              <w:bottom w:val="single" w:sz="4" w:space="0" w:color="D9E2E7"/>
              <w:right w:val="single" w:sz="4" w:space="0" w:color="D9E2E7"/>
            </w:tcBorders>
            <w:shd w:val="clear" w:color="auto" w:fill="F2F2F2" w:themeFill="background1" w:themeFillShade="F2"/>
            <w:tcMar>
              <w:top w:w="90" w:type="dxa"/>
              <w:left w:w="100" w:type="dxa"/>
              <w:bottom w:w="90" w:type="dxa"/>
              <w:right w:w="100" w:type="dxa"/>
            </w:tcMar>
            <w:vAlign w:val="center"/>
          </w:tcPr>
          <w:p w14:paraId="0AA3D586" w14:textId="704B3C1E" w:rsidR="00D35ABE" w:rsidRPr="00D35ABE" w:rsidRDefault="00D35ABE">
            <w:pPr>
              <w:rPr>
                <w:b/>
                <w:bCs/>
                <w:sz w:val="16"/>
              </w:rPr>
            </w:pPr>
            <w:r w:rsidRPr="00D35ABE">
              <w:rPr>
                <w:b/>
                <w:bCs/>
                <w:sz w:val="16"/>
              </w:rPr>
              <w:t>Checklist question/evidence to have ready</w:t>
            </w:r>
          </w:p>
        </w:tc>
        <w:tc>
          <w:tcPr>
            <w:tcW w:w="936" w:type="dxa"/>
            <w:tcBorders>
              <w:top w:val="single" w:sz="4" w:space="0" w:color="D9E2E7"/>
              <w:left w:val="single" w:sz="4" w:space="0" w:color="D9E2E7"/>
              <w:bottom w:val="single" w:sz="4" w:space="0" w:color="D9E2E7"/>
              <w:right w:val="single" w:sz="4" w:space="0" w:color="D9E2E7"/>
            </w:tcBorders>
            <w:shd w:val="clear" w:color="auto" w:fill="F2F2F2" w:themeFill="background1" w:themeFillShade="F2"/>
            <w:tcMar>
              <w:top w:w="90" w:type="dxa"/>
              <w:left w:w="100" w:type="dxa"/>
              <w:bottom w:w="90" w:type="dxa"/>
              <w:right w:w="100" w:type="dxa"/>
            </w:tcMar>
            <w:vAlign w:val="center"/>
          </w:tcPr>
          <w:p w14:paraId="4A433957" w14:textId="50743EB9" w:rsidR="00D35ABE" w:rsidRPr="00D35ABE" w:rsidRDefault="00D35ABE">
            <w:pPr>
              <w:rPr>
                <w:b/>
                <w:bCs/>
              </w:rPr>
            </w:pPr>
            <w:r w:rsidRPr="00D35ABE">
              <w:rPr>
                <w:b/>
                <w:bCs/>
              </w:rPr>
              <w:t>Yes/No</w:t>
            </w:r>
          </w:p>
        </w:tc>
      </w:tr>
      <w:tr w:rsidR="00142424" w:rsidRPr="00D35ABE" w14:paraId="357EA9E8"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0485E58"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35826AA" w14:textId="77777777" w:rsidR="00142424" w:rsidRPr="00D35ABE" w:rsidRDefault="002F7851">
            <w:r w:rsidRPr="00D35ABE">
              <w:rPr>
                <w:sz w:val="16"/>
              </w:rPr>
              <w:t>1.1</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7D039A6" w14:textId="77777777" w:rsidR="00142424" w:rsidRPr="00D35ABE" w:rsidRDefault="002F7851">
            <w:r w:rsidRPr="00D35ABE">
              <w:rPr>
                <w:sz w:val="16"/>
              </w:rPr>
              <w:t xml:space="preserve">Is the current </w:t>
            </w:r>
            <w:proofErr w:type="spellStart"/>
            <w:r w:rsidRPr="00D35ABE">
              <w:rPr>
                <w:sz w:val="16"/>
              </w:rPr>
              <w:t>licence</w:t>
            </w:r>
            <w:proofErr w:type="spellEnd"/>
            <w:r w:rsidRPr="00D35ABE">
              <w:rPr>
                <w:sz w:val="16"/>
              </w:rPr>
              <w:t xml:space="preserve"> clearly and prominently displayed on the premises where the licensable activity is carried on?</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A4072BE" w14:textId="77777777" w:rsidR="00142424" w:rsidRPr="00D35ABE" w:rsidRDefault="00142424"/>
        </w:tc>
      </w:tr>
      <w:tr w:rsidR="00142424" w:rsidRPr="00D35ABE" w14:paraId="6488FA45"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748FCAD"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612590F" w14:textId="77777777" w:rsidR="00142424" w:rsidRPr="00D35ABE" w:rsidRDefault="002F7851">
            <w:r w:rsidRPr="00D35ABE">
              <w:rPr>
                <w:sz w:val="16"/>
              </w:rPr>
              <w:t>1.2</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8EF509E" w14:textId="77777777" w:rsidR="00142424" w:rsidRPr="00D35ABE" w:rsidRDefault="002F7851">
            <w:r w:rsidRPr="00D35ABE">
              <w:rPr>
                <w:sz w:val="16"/>
              </w:rPr>
              <w:t xml:space="preserve">Is the </w:t>
            </w:r>
            <w:proofErr w:type="spellStart"/>
            <w:r w:rsidRPr="00D35ABE">
              <w:rPr>
                <w:sz w:val="16"/>
              </w:rPr>
              <w:t>licence</w:t>
            </w:r>
            <w:proofErr w:type="spellEnd"/>
            <w:r w:rsidRPr="00D35ABE">
              <w:rPr>
                <w:sz w:val="16"/>
              </w:rPr>
              <w:t xml:space="preserve"> holder name and </w:t>
            </w:r>
            <w:proofErr w:type="spellStart"/>
            <w:r w:rsidRPr="00D35ABE">
              <w:rPr>
                <w:sz w:val="16"/>
              </w:rPr>
              <w:t>licence</w:t>
            </w:r>
            <w:proofErr w:type="spellEnd"/>
            <w:r w:rsidRPr="00D35ABE">
              <w:rPr>
                <w:sz w:val="16"/>
              </w:rPr>
              <w:t xml:space="preserve"> number clearly displayed on any website or online platform used for the licensable activity?</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FF491C4" w14:textId="77777777" w:rsidR="00142424" w:rsidRPr="00D35ABE" w:rsidRDefault="00142424"/>
        </w:tc>
      </w:tr>
      <w:tr w:rsidR="00142424" w:rsidRPr="00D35ABE" w14:paraId="0201492C"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5F622D2"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EA2D8DB" w14:textId="77777777" w:rsidR="00142424" w:rsidRPr="00D35ABE" w:rsidRDefault="002F7851">
            <w:r w:rsidRPr="00D35ABE">
              <w:rPr>
                <w:sz w:val="16"/>
              </w:rPr>
              <w:t>2.0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8665274" w14:textId="77777777" w:rsidR="00142424" w:rsidRPr="00D35ABE" w:rsidRDefault="002F7851">
            <w:r w:rsidRPr="00D35ABE">
              <w:rPr>
                <w:sz w:val="16"/>
              </w:rPr>
              <w:t>Are all required records readily available for inspection and retained for at least three years?</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8760096" w14:textId="77777777" w:rsidR="00142424" w:rsidRPr="00D35ABE" w:rsidRDefault="00142424"/>
        </w:tc>
      </w:tr>
      <w:tr w:rsidR="00142424" w:rsidRPr="00D35ABE" w14:paraId="01755F92"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51844E1"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F174E7E" w14:textId="77777777" w:rsidR="00142424" w:rsidRPr="00D35ABE" w:rsidRDefault="002F7851">
            <w:r w:rsidRPr="00D35ABE">
              <w:rPr>
                <w:sz w:val="16"/>
              </w:rPr>
              <w:t>4.1</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C2B210C" w14:textId="77777777" w:rsidR="00142424" w:rsidRPr="00D35ABE" w:rsidRDefault="002F7851">
            <w:r w:rsidRPr="00D35ABE">
              <w:rPr>
                <w:sz w:val="16"/>
              </w:rPr>
              <w:t>Are there sufficient competent staff to meet the welfare needs of all animals kept or offered for sale?</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D9FAB24" w14:textId="77777777" w:rsidR="00142424" w:rsidRPr="00D35ABE" w:rsidRDefault="00142424"/>
        </w:tc>
      </w:tr>
      <w:tr w:rsidR="00D52E6E" w:rsidRPr="00D35ABE" w14:paraId="24BBBCFE"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0D7954E" w14:textId="2AD50337" w:rsidR="00D52E6E" w:rsidRPr="00D35ABE" w:rsidRDefault="00D52E6E">
            <w:pPr>
              <w:rPr>
                <w:sz w:val="16"/>
              </w:rPr>
            </w:pPr>
            <w:r>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9878842" w14:textId="4FC3D40A" w:rsidR="00D52E6E" w:rsidRPr="00D35ABE" w:rsidRDefault="00D52E6E">
            <w:pPr>
              <w:rPr>
                <w:sz w:val="16"/>
              </w:rPr>
            </w:pPr>
            <w:r>
              <w:rPr>
                <w:sz w:val="16"/>
              </w:rPr>
              <w:t>4.1</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F832B4A" w14:textId="4358C049" w:rsidR="00D52E6E" w:rsidRPr="00D35ABE" w:rsidRDefault="00D52E6E">
            <w:pPr>
              <w:rPr>
                <w:sz w:val="16"/>
              </w:rPr>
            </w:pPr>
            <w:r w:rsidRPr="00D52E6E">
              <w:rPr>
                <w:sz w:val="16"/>
              </w:rPr>
              <w:t>Written health care instructions must be provided for staff in case of an incident involving any venomous animal and a visitor or staff member. These procedures must be followed.</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6206B29" w14:textId="77777777" w:rsidR="00D52E6E" w:rsidRPr="00D35ABE" w:rsidRDefault="00D52E6E"/>
        </w:tc>
      </w:tr>
      <w:tr w:rsidR="00142424" w:rsidRPr="00D35ABE" w14:paraId="40B749C9"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EE00F33"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4B3E2FB" w14:textId="77777777" w:rsidR="00142424" w:rsidRPr="00D35ABE" w:rsidRDefault="002F7851">
            <w:r w:rsidRPr="00D35ABE">
              <w:rPr>
                <w:sz w:val="16"/>
              </w:rPr>
              <w:t>4.2</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4179927" w14:textId="77777777" w:rsidR="00142424" w:rsidRPr="00D35ABE" w:rsidRDefault="002F7851">
            <w:r w:rsidRPr="00D35ABE">
              <w:rPr>
                <w:sz w:val="16"/>
              </w:rPr>
              <w:t xml:space="preserve">Do staff have relevant training or experience in animal welfare, animal handling, </w:t>
            </w:r>
            <w:proofErr w:type="spellStart"/>
            <w:r w:rsidRPr="00D35ABE">
              <w:rPr>
                <w:sz w:val="16"/>
              </w:rPr>
              <w:t>behaviour</w:t>
            </w:r>
            <w:proofErr w:type="spellEnd"/>
            <w:r w:rsidRPr="00D35ABE">
              <w:rPr>
                <w:sz w:val="16"/>
              </w:rPr>
              <w:t>, hygiene, disease control and first aid?</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85B46C8" w14:textId="77777777" w:rsidR="00142424" w:rsidRPr="00D35ABE" w:rsidRDefault="00142424"/>
        </w:tc>
      </w:tr>
      <w:tr w:rsidR="00142424" w:rsidRPr="00D35ABE" w14:paraId="013A570E"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29689C5"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4303E07" w14:textId="77777777" w:rsidR="00142424" w:rsidRPr="00D35ABE" w:rsidRDefault="002F7851">
            <w:r w:rsidRPr="00D35ABE">
              <w:rPr>
                <w:sz w:val="16"/>
              </w:rPr>
              <w:t>4.2</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9C88F38" w14:textId="77777777" w:rsidR="00142424" w:rsidRPr="00D35ABE" w:rsidRDefault="002F7851">
            <w:r w:rsidRPr="00D35ABE">
              <w:rPr>
                <w:sz w:val="16"/>
              </w:rPr>
              <w:t>Are copies of training certificates, induction records or other competence evidence available?</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E2B6124" w14:textId="77777777" w:rsidR="00142424" w:rsidRPr="00D35ABE" w:rsidRDefault="00142424"/>
        </w:tc>
      </w:tr>
      <w:tr w:rsidR="00142424" w:rsidRPr="00D35ABE" w14:paraId="1BC7F4DE"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62A77AC"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63DD52F" w14:textId="77777777" w:rsidR="00142424" w:rsidRPr="00D35ABE" w:rsidRDefault="002F7851">
            <w:r w:rsidRPr="00D35ABE">
              <w:rPr>
                <w:sz w:val="16"/>
              </w:rPr>
              <w:t>4.3</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D2826E4" w14:textId="77777777" w:rsidR="00142424" w:rsidRPr="00D35ABE" w:rsidRDefault="002F7851">
            <w:r w:rsidRPr="00D35ABE">
              <w:rPr>
                <w:sz w:val="16"/>
              </w:rPr>
              <w:t>Do you have a written training policy for all staff, reviewed and updated annually?</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868E938" w14:textId="77777777" w:rsidR="00142424" w:rsidRPr="00D35ABE" w:rsidRDefault="00142424"/>
        </w:tc>
      </w:tr>
      <w:tr w:rsidR="00693B77" w:rsidRPr="00D35ABE" w14:paraId="46333FA7"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755C10F" w14:textId="4D2BEF65" w:rsidR="00693B77" w:rsidRPr="00D35ABE" w:rsidRDefault="00693B77">
            <w:pPr>
              <w:rPr>
                <w:sz w:val="16"/>
              </w:rPr>
            </w:pPr>
            <w:r>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FDC0EA6" w14:textId="6C527643" w:rsidR="00693B77" w:rsidRPr="00D35ABE" w:rsidRDefault="00693B77">
            <w:pPr>
              <w:rPr>
                <w:sz w:val="16"/>
              </w:rPr>
            </w:pPr>
            <w:r>
              <w:rPr>
                <w:sz w:val="16"/>
              </w:rPr>
              <w:t>5.0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D64F68C" w14:textId="77777777" w:rsidR="00693B77" w:rsidRPr="00693B77" w:rsidRDefault="00693B77" w:rsidP="00693B77">
            <w:pPr>
              <w:rPr>
                <w:sz w:val="16"/>
                <w:lang w:val="en-GB"/>
              </w:rPr>
            </w:pPr>
            <w:r w:rsidRPr="00693B77">
              <w:rPr>
                <w:sz w:val="16"/>
                <w:lang w:val="en-GB"/>
              </w:rPr>
              <w:t>Situation, space, air quality, cleanliness and temperature</w:t>
            </w:r>
          </w:p>
          <w:p w14:paraId="382AEAF8" w14:textId="03E62ACB" w:rsidR="00693B77" w:rsidRPr="00D35ABE" w:rsidRDefault="00693B77">
            <w:pPr>
              <w:rPr>
                <w:sz w:val="16"/>
              </w:rPr>
            </w:pPr>
            <w:r w:rsidRPr="00693B77">
              <w:rPr>
                <w:sz w:val="16"/>
              </w:rPr>
              <w:t>A record should be kept of any instances where conditions fall outside of the appropriate ranges, and what corrective actions were taken. Staff must be able to outline the remedial action taken.</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184FEE3" w14:textId="77777777" w:rsidR="00693B77" w:rsidRPr="00D35ABE" w:rsidRDefault="00693B77"/>
        </w:tc>
      </w:tr>
      <w:tr w:rsidR="00693B77" w:rsidRPr="00D35ABE" w14:paraId="1F4E73BA"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1FC08D7" w14:textId="1545994D" w:rsidR="00693B77" w:rsidRDefault="00693B77">
            <w:pPr>
              <w:rPr>
                <w:sz w:val="16"/>
              </w:rPr>
            </w:pPr>
            <w:r>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CEBDEC0" w14:textId="5C404AE7" w:rsidR="00693B77" w:rsidRDefault="00693B77">
            <w:pPr>
              <w:rPr>
                <w:sz w:val="16"/>
              </w:rPr>
            </w:pPr>
            <w:r>
              <w:rPr>
                <w:sz w:val="16"/>
              </w:rPr>
              <w:t>5.0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FEE4C20" w14:textId="37AB82B7" w:rsidR="00693B77" w:rsidRPr="00693B77" w:rsidRDefault="00693B77" w:rsidP="00693B77">
            <w:pPr>
              <w:rPr>
                <w:sz w:val="16"/>
                <w:lang w:val="en-GB"/>
              </w:rPr>
            </w:pPr>
            <w:r w:rsidRPr="00693B77">
              <w:rPr>
                <w:sz w:val="16"/>
                <w:lang w:val="en-GB"/>
              </w:rPr>
              <w:t>Water quality (where relevant)</w:t>
            </w:r>
          </w:p>
          <w:p w14:paraId="4FCD1988" w14:textId="298674BC" w:rsidR="00693B77" w:rsidRPr="00693B77" w:rsidRDefault="00693B77" w:rsidP="00693B77">
            <w:pPr>
              <w:rPr>
                <w:sz w:val="16"/>
                <w:lang w:val="en-GB"/>
              </w:rPr>
            </w:pPr>
            <w:r w:rsidRPr="00693B77">
              <w:rPr>
                <w:sz w:val="16"/>
                <w:lang w:val="en-GB"/>
              </w:rPr>
              <w:t xml:space="preserve">For species where water quality forms an integral part of life, or where poor water quality has welfare implications, water quality must be tested and recorded. The frequency of testing must be appropriate to the </w:t>
            </w:r>
            <w:proofErr w:type="gramStart"/>
            <w:r w:rsidRPr="00693B77">
              <w:rPr>
                <w:sz w:val="16"/>
                <w:lang w:val="en-GB"/>
              </w:rPr>
              <w:t>system, but</w:t>
            </w:r>
            <w:proofErr w:type="gramEnd"/>
            <w:r w:rsidRPr="00693B77">
              <w:rPr>
                <w:sz w:val="16"/>
                <w:lang w:val="en-GB"/>
              </w:rPr>
              <w:t xml:space="preserve"> must be at least weekly. Records must detail any action taken to restore the water to acceptable conditions.</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A594F93" w14:textId="77777777" w:rsidR="00693B77" w:rsidRPr="00D35ABE" w:rsidRDefault="00693B77"/>
        </w:tc>
      </w:tr>
      <w:tr w:rsidR="00142424" w:rsidRPr="00D35ABE" w14:paraId="21CF73C5"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D7A8C4A"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164BB31" w14:textId="77777777" w:rsidR="00142424" w:rsidRPr="00D35ABE" w:rsidRDefault="002F7851">
            <w:r w:rsidRPr="00D35ABE">
              <w:rPr>
                <w:sz w:val="16"/>
              </w:rPr>
              <w:t>5.2</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06E0524" w14:textId="77777777" w:rsidR="00142424" w:rsidRPr="00D35ABE" w:rsidRDefault="002F7851">
            <w:r w:rsidRPr="00D35ABE">
              <w:rPr>
                <w:sz w:val="16"/>
              </w:rPr>
              <w:t xml:space="preserve">Are animals kept in an environment suitable for their species, age, health status and </w:t>
            </w:r>
            <w:proofErr w:type="spellStart"/>
            <w:r w:rsidRPr="00D35ABE">
              <w:rPr>
                <w:sz w:val="16"/>
              </w:rPr>
              <w:t>behavioural</w:t>
            </w:r>
            <w:proofErr w:type="spellEnd"/>
            <w:r w:rsidRPr="00D35ABE">
              <w:rPr>
                <w:sz w:val="16"/>
              </w:rPr>
              <w:t xml:space="preserve"> needs, including suitable space, temperature, lighting, ventilation and noise control?</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7C814B7" w14:textId="77777777" w:rsidR="00142424" w:rsidRPr="00D35ABE" w:rsidRDefault="00142424"/>
        </w:tc>
      </w:tr>
      <w:tr w:rsidR="00142424" w:rsidRPr="00D35ABE" w14:paraId="49929014"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E990464"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F4A302B" w14:textId="77777777" w:rsidR="00142424" w:rsidRPr="00D35ABE" w:rsidRDefault="002F7851">
            <w:r w:rsidRPr="00D35ABE">
              <w:rPr>
                <w:sz w:val="16"/>
              </w:rPr>
              <w:t>5.5</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C26B22C" w14:textId="77777777" w:rsidR="00142424" w:rsidRPr="00D35ABE" w:rsidRDefault="002F7851">
            <w:r w:rsidRPr="00D35ABE">
              <w:rPr>
                <w:sz w:val="16"/>
              </w:rPr>
              <w:t>Do you have documented cleaning and disinfection procedures and pest control arrangements?</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38DFF94" w14:textId="77777777" w:rsidR="00142424" w:rsidRPr="00D35ABE" w:rsidRDefault="00142424"/>
        </w:tc>
      </w:tr>
      <w:tr w:rsidR="00142424" w:rsidRPr="00D35ABE" w14:paraId="025304E5"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998EAB4"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A70E257" w14:textId="77777777" w:rsidR="00142424" w:rsidRPr="00D35ABE" w:rsidRDefault="002F7851">
            <w:r w:rsidRPr="00D35ABE">
              <w:rPr>
                <w:sz w:val="16"/>
              </w:rPr>
              <w:t>6.1</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7A8139F" w14:textId="77777777" w:rsidR="00142424" w:rsidRPr="00D35ABE" w:rsidRDefault="002F7851">
            <w:r w:rsidRPr="00D35ABE">
              <w:rPr>
                <w:sz w:val="16"/>
              </w:rPr>
              <w:t>Do you have species-appropriate feeding arrangements and records of diet, quantity, frequency and any special requirements?</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605A9E1" w14:textId="77777777" w:rsidR="00142424" w:rsidRPr="00D35ABE" w:rsidRDefault="00142424"/>
        </w:tc>
      </w:tr>
      <w:tr w:rsidR="00D52E6E" w:rsidRPr="00D35ABE" w14:paraId="5C9E6B1D"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5BA20A6" w14:textId="7F72B8C1" w:rsidR="00D52E6E" w:rsidRPr="00D35ABE" w:rsidRDefault="00D52E6E">
            <w:pPr>
              <w:rPr>
                <w:sz w:val="16"/>
              </w:rPr>
            </w:pPr>
            <w:r w:rsidRPr="00D35ABE">
              <w:rPr>
                <w:sz w:val="16"/>
              </w:rPr>
              <w:lastRenderedPageBreak/>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0834444" w14:textId="60DE6E2A" w:rsidR="00D52E6E" w:rsidRPr="00D35ABE" w:rsidRDefault="00D52E6E">
            <w:pPr>
              <w:rPr>
                <w:sz w:val="16"/>
              </w:rPr>
            </w:pPr>
            <w:r>
              <w:rPr>
                <w:sz w:val="16"/>
              </w:rPr>
              <w:t>6.1</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04A7765" w14:textId="77777777" w:rsidR="007A1675" w:rsidRPr="007A1675" w:rsidRDefault="007A1675" w:rsidP="007A1675">
            <w:pPr>
              <w:rPr>
                <w:sz w:val="16"/>
                <w:lang w:val="en-GB"/>
              </w:rPr>
            </w:pPr>
            <w:r w:rsidRPr="007A1675">
              <w:rPr>
                <w:sz w:val="16"/>
                <w:lang w:val="en-GB"/>
              </w:rPr>
              <w:t>Animals should only be fed live vertebrate prey in exceptional circumstances (for example, a snake that isn’t eating). A pet shop should only feed live vertebrate prey to the individual animals they have identified as needing it. A written justification must be:</w:t>
            </w:r>
          </w:p>
          <w:p w14:paraId="73D35F9D" w14:textId="77777777" w:rsidR="007A1675" w:rsidRPr="007A1675" w:rsidRDefault="007A1675" w:rsidP="007A1675">
            <w:pPr>
              <w:numPr>
                <w:ilvl w:val="0"/>
                <w:numId w:val="10"/>
              </w:numPr>
              <w:rPr>
                <w:sz w:val="16"/>
                <w:lang w:val="en-GB"/>
              </w:rPr>
            </w:pPr>
            <w:r w:rsidRPr="007A1675">
              <w:rPr>
                <w:sz w:val="16"/>
                <w:lang w:val="en-GB"/>
              </w:rPr>
              <w:t>completed and made available to inspectors</w:t>
            </w:r>
          </w:p>
          <w:p w14:paraId="66DEB4E0" w14:textId="54161D97" w:rsidR="00D52E6E" w:rsidRPr="007A1675" w:rsidRDefault="007A1675" w:rsidP="007A1675">
            <w:pPr>
              <w:numPr>
                <w:ilvl w:val="0"/>
                <w:numId w:val="10"/>
              </w:numPr>
              <w:rPr>
                <w:sz w:val="16"/>
                <w:lang w:val="en-GB"/>
              </w:rPr>
            </w:pPr>
            <w:r w:rsidRPr="007A1675">
              <w:rPr>
                <w:sz w:val="16"/>
                <w:lang w:val="en-GB"/>
              </w:rPr>
              <w:t>agreed by senior staff, and include veterinary advice, weighing up the welfare of predator and prey</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8CDDCDB" w14:textId="77777777" w:rsidR="00D52E6E" w:rsidRPr="00D35ABE" w:rsidRDefault="00D52E6E"/>
        </w:tc>
      </w:tr>
      <w:tr w:rsidR="00142424" w:rsidRPr="00D35ABE" w14:paraId="6093D395"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5EF64BC"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BF86C33" w14:textId="77777777" w:rsidR="00142424" w:rsidRPr="00D35ABE" w:rsidRDefault="002F7851">
            <w:r w:rsidRPr="00D35ABE">
              <w:rPr>
                <w:sz w:val="16"/>
              </w:rPr>
              <w:t>6.2</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45B9A39" w14:textId="77777777" w:rsidR="00142424" w:rsidRPr="00D35ABE" w:rsidRDefault="002F7851">
            <w:r w:rsidRPr="00D35ABE">
              <w:rPr>
                <w:sz w:val="16"/>
              </w:rPr>
              <w:t>Do you monitor food and water intake and record and address any problems?</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938514D" w14:textId="77777777" w:rsidR="00142424" w:rsidRPr="00D35ABE" w:rsidRDefault="00142424"/>
        </w:tc>
      </w:tr>
      <w:tr w:rsidR="00212B1C" w:rsidRPr="00D35ABE" w14:paraId="6BE0A335"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D6317C7" w14:textId="0A452BC4" w:rsidR="00212B1C" w:rsidRPr="00D35ABE" w:rsidRDefault="00212B1C">
            <w:pPr>
              <w:rPr>
                <w:sz w:val="16"/>
              </w:rPr>
            </w:pPr>
            <w:r>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D940E7A" w14:textId="571937FE" w:rsidR="00212B1C" w:rsidRPr="00D35ABE" w:rsidRDefault="00212B1C">
            <w:pPr>
              <w:rPr>
                <w:sz w:val="16"/>
              </w:rPr>
            </w:pPr>
            <w:r>
              <w:rPr>
                <w:sz w:val="16"/>
              </w:rPr>
              <w:t>8.2</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5C4EA98" w14:textId="2B475CC1" w:rsidR="00212B1C" w:rsidRPr="00212B1C" w:rsidRDefault="00212B1C" w:rsidP="00212B1C">
            <w:pPr>
              <w:rPr>
                <w:sz w:val="16"/>
                <w:lang w:val="en-GB"/>
              </w:rPr>
            </w:pPr>
            <w:r>
              <w:rPr>
                <w:sz w:val="16"/>
                <w:lang w:val="en-GB"/>
              </w:rPr>
              <w:t>A</w:t>
            </w:r>
            <w:r w:rsidRPr="00212B1C">
              <w:rPr>
                <w:sz w:val="16"/>
                <w:lang w:val="en-GB"/>
              </w:rPr>
              <w:t>nimals must be kept separately or in suitable compatible social groups appropriate to the species and individual animals. No animals from a social species may be isolated or separated from others of their species for any longer than is necessary.</w:t>
            </w:r>
          </w:p>
          <w:p w14:paraId="73FC2859" w14:textId="6BBE33F9" w:rsidR="00212B1C" w:rsidRPr="00D35ABE" w:rsidRDefault="00212B1C" w:rsidP="00212B1C">
            <w:pPr>
              <w:rPr>
                <w:sz w:val="16"/>
              </w:rPr>
            </w:pPr>
            <w:r w:rsidRPr="00212B1C">
              <w:rPr>
                <w:sz w:val="16"/>
                <w:lang w:val="en-GB"/>
              </w:rPr>
              <w:t>Where appropriate, all animals must be housed in social groups of suitable size. Group-housed animals must be monitored. Remedial action must be taken and documented if there are any signs of group disruption.</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BA4C9DB" w14:textId="77777777" w:rsidR="00212B1C" w:rsidRPr="00D35ABE" w:rsidRDefault="00212B1C"/>
        </w:tc>
      </w:tr>
      <w:tr w:rsidR="00142424" w:rsidRPr="00D35ABE" w14:paraId="6FB5A70B"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CBD6EEB"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A54E678" w14:textId="77777777" w:rsidR="00142424" w:rsidRPr="00D35ABE" w:rsidRDefault="002F7851">
            <w:r w:rsidRPr="00D35ABE">
              <w:rPr>
                <w:sz w:val="16"/>
              </w:rPr>
              <w:t>9.1</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61A4CCF" w14:textId="3C5E166A" w:rsidR="00142424" w:rsidRPr="00D35ABE" w:rsidRDefault="002F7851">
            <w:r w:rsidRPr="00D35ABE">
              <w:rPr>
                <w:sz w:val="16"/>
              </w:rPr>
              <w:t xml:space="preserve">Do you have written procedures for </w:t>
            </w:r>
            <w:proofErr w:type="gramStart"/>
            <w:r w:rsidR="00BC763C">
              <w:rPr>
                <w:sz w:val="16"/>
              </w:rPr>
              <w:t>all of</w:t>
            </w:r>
            <w:proofErr w:type="gramEnd"/>
            <w:r w:rsidR="00BC763C">
              <w:rPr>
                <w:sz w:val="16"/>
              </w:rPr>
              <w:t xml:space="preserve"> the following: </w:t>
            </w:r>
            <w:r w:rsidRPr="00D35ABE">
              <w:rPr>
                <w:sz w:val="16"/>
              </w:rPr>
              <w:t xml:space="preserve">feeding, cleaning, transport, disease control, monitoring health and welfare, death or escape, </w:t>
            </w:r>
            <w:proofErr w:type="spellStart"/>
            <w:r w:rsidRPr="00D35ABE">
              <w:rPr>
                <w:sz w:val="16"/>
              </w:rPr>
              <w:t>licence</w:t>
            </w:r>
            <w:proofErr w:type="spellEnd"/>
            <w:r w:rsidRPr="00D35ABE">
              <w:rPr>
                <w:sz w:val="16"/>
              </w:rPr>
              <w:t xml:space="preserve"> suspension or revocation, and emergencies?</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A01520E" w14:textId="77777777" w:rsidR="00142424" w:rsidRPr="00D35ABE" w:rsidRDefault="00142424"/>
        </w:tc>
      </w:tr>
      <w:tr w:rsidR="00F45BE3" w:rsidRPr="00D35ABE" w14:paraId="2C9B5F99"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E55965A" w14:textId="05616D61" w:rsidR="00F45BE3" w:rsidRPr="00D35ABE" w:rsidRDefault="00F45BE3">
            <w:pPr>
              <w:rPr>
                <w:sz w:val="16"/>
              </w:rPr>
            </w:pPr>
            <w:r>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475F068" w14:textId="12CD0EAF" w:rsidR="00F45BE3" w:rsidRPr="00D35ABE" w:rsidRDefault="00F45BE3">
            <w:pPr>
              <w:rPr>
                <w:sz w:val="16"/>
              </w:rPr>
            </w:pPr>
            <w:r>
              <w:rPr>
                <w:sz w:val="16"/>
              </w:rPr>
              <w:t>9.9</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B94AD69" w14:textId="075CFB08" w:rsidR="00F45BE3" w:rsidRPr="00F45BE3" w:rsidRDefault="00F45BE3">
            <w:pPr>
              <w:rPr>
                <w:sz w:val="16"/>
              </w:rPr>
            </w:pPr>
            <w:r w:rsidRPr="00F45BE3">
              <w:rPr>
                <w:sz w:val="16"/>
              </w:rPr>
              <w:t>Any prescribed medication given must be prescribed for the individual animal by a vet, and each instance of use must be recorded.</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1CD50A4" w14:textId="77777777" w:rsidR="00F45BE3" w:rsidRPr="00D35ABE" w:rsidRDefault="00F45BE3"/>
        </w:tc>
      </w:tr>
      <w:tr w:rsidR="00142424" w:rsidRPr="00D35ABE" w14:paraId="47643824"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6D64789"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5831409" w14:textId="77777777" w:rsidR="00142424" w:rsidRPr="00D35ABE" w:rsidRDefault="002F7851">
            <w:r w:rsidRPr="00D35ABE">
              <w:rPr>
                <w:sz w:val="16"/>
              </w:rPr>
              <w:t>9.3</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0A458C4" w14:textId="0DF9A81C" w:rsidR="00142424" w:rsidRPr="00D35ABE" w:rsidRDefault="002F7851">
            <w:r w:rsidRPr="00D35ABE">
              <w:rPr>
                <w:sz w:val="16"/>
              </w:rPr>
              <w:t>Are</w:t>
            </w:r>
            <w:r w:rsidR="007A1675">
              <w:rPr>
                <w:sz w:val="16"/>
              </w:rPr>
              <w:t xml:space="preserve"> documented</w:t>
            </w:r>
            <w:r w:rsidRPr="00D35ABE">
              <w:rPr>
                <w:sz w:val="16"/>
              </w:rPr>
              <w:t xml:space="preserve"> isolation </w:t>
            </w:r>
            <w:r w:rsidR="007A1675">
              <w:rPr>
                <w:sz w:val="16"/>
              </w:rPr>
              <w:t>procedures</w:t>
            </w:r>
            <w:r w:rsidRPr="00D35ABE">
              <w:rPr>
                <w:sz w:val="16"/>
              </w:rPr>
              <w:t xml:space="preserve"> available for sick, injured or potentially infectious animals, with veterinary confirmation where another premises </w:t>
            </w:r>
            <w:proofErr w:type="gramStart"/>
            <w:r w:rsidRPr="00D35ABE">
              <w:rPr>
                <w:sz w:val="16"/>
              </w:rPr>
              <w:t>is</w:t>
            </w:r>
            <w:proofErr w:type="gramEnd"/>
            <w:r w:rsidRPr="00D35ABE">
              <w:rPr>
                <w:sz w:val="16"/>
              </w:rPr>
              <w:t xml:space="preserve"> used?</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BEE1339" w14:textId="77777777" w:rsidR="00142424" w:rsidRPr="00D35ABE" w:rsidRDefault="00142424"/>
        </w:tc>
      </w:tr>
      <w:tr w:rsidR="00142424" w:rsidRPr="00D35ABE" w14:paraId="3EDE093F"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31A3FD2"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10F4563" w14:textId="77777777" w:rsidR="00142424" w:rsidRPr="00D35ABE" w:rsidRDefault="002F7851">
            <w:r w:rsidRPr="00D35ABE">
              <w:rPr>
                <w:sz w:val="16"/>
              </w:rPr>
              <w:t>9.8</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1E5C899" w14:textId="77777777" w:rsidR="00142424" w:rsidRPr="00D35ABE" w:rsidRDefault="002F7851">
            <w:r w:rsidRPr="00D35ABE">
              <w:rPr>
                <w:sz w:val="16"/>
              </w:rPr>
              <w:t xml:space="preserve">Do you have evidence of registration with </w:t>
            </w:r>
            <w:proofErr w:type="gramStart"/>
            <w:r w:rsidRPr="00D35ABE">
              <w:rPr>
                <w:sz w:val="16"/>
              </w:rPr>
              <w:t>a veterinary</w:t>
            </w:r>
            <w:proofErr w:type="gramEnd"/>
            <w:r w:rsidRPr="00D35ABE">
              <w:rPr>
                <w:sz w:val="16"/>
              </w:rPr>
              <w:t xml:space="preserve"> practice and are vet details readily available to staff?</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74D6310" w14:textId="77777777" w:rsidR="00142424" w:rsidRPr="00D35ABE" w:rsidRDefault="00142424"/>
        </w:tc>
      </w:tr>
      <w:tr w:rsidR="00142424" w:rsidRPr="00D35ABE" w14:paraId="6BA6D04E"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71584B6"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F911741" w14:textId="77777777" w:rsidR="00142424" w:rsidRPr="00D35ABE" w:rsidRDefault="002F7851">
            <w:r w:rsidRPr="00D35ABE">
              <w:rPr>
                <w:sz w:val="16"/>
              </w:rPr>
              <w:t>9.9 / 9.10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C35E9FC" w14:textId="77777777" w:rsidR="00142424" w:rsidRPr="00D35ABE" w:rsidRDefault="002F7851">
            <w:r w:rsidRPr="00D35ABE">
              <w:rPr>
                <w:sz w:val="16"/>
              </w:rPr>
              <w:t>Are prescribed and non-prescribed medicines stored, used and disposed of safely and recorded where required?</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B5E4C6C" w14:textId="77777777" w:rsidR="00142424" w:rsidRPr="00D35ABE" w:rsidRDefault="00142424"/>
        </w:tc>
      </w:tr>
      <w:tr w:rsidR="00B12867" w:rsidRPr="00D35ABE" w14:paraId="1BA7D9D8"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2503C09" w14:textId="0D928E92" w:rsidR="00B12867" w:rsidRPr="00D35ABE" w:rsidRDefault="00B12867">
            <w:pPr>
              <w:rPr>
                <w:sz w:val="16"/>
              </w:rPr>
            </w:pPr>
            <w:r>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B1BD3A6" w14:textId="3943EF5E" w:rsidR="00B12867" w:rsidRPr="00D35ABE" w:rsidRDefault="00B12867">
            <w:pPr>
              <w:rPr>
                <w:sz w:val="16"/>
              </w:rPr>
            </w:pPr>
            <w:r>
              <w:rPr>
                <w:sz w:val="16"/>
              </w:rPr>
              <w:t>9.12</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C1F1C60" w14:textId="3FD391F8" w:rsidR="00B12867" w:rsidRPr="00B12867" w:rsidRDefault="00B12867" w:rsidP="00B12867">
            <w:pPr>
              <w:rPr>
                <w:sz w:val="16"/>
                <w:lang w:val="en-GB"/>
              </w:rPr>
            </w:pPr>
            <w:r w:rsidRPr="00B12867">
              <w:rPr>
                <w:sz w:val="16"/>
              </w:rPr>
              <w:t xml:space="preserve">No person may </w:t>
            </w:r>
            <w:proofErr w:type="spellStart"/>
            <w:r w:rsidRPr="00B12867">
              <w:rPr>
                <w:sz w:val="16"/>
              </w:rPr>
              <w:t>euthanise</w:t>
            </w:r>
            <w:proofErr w:type="spellEnd"/>
            <w:r w:rsidRPr="00B12867">
              <w:rPr>
                <w:sz w:val="16"/>
              </w:rPr>
              <w:t xml:space="preserve"> an animal except a vet or a person who has been </w:t>
            </w:r>
            <w:proofErr w:type="spellStart"/>
            <w:r w:rsidRPr="00B12867">
              <w:rPr>
                <w:sz w:val="16"/>
              </w:rPr>
              <w:t>authorised</w:t>
            </w:r>
            <w:proofErr w:type="spellEnd"/>
            <w:r w:rsidRPr="00B12867">
              <w:rPr>
                <w:sz w:val="16"/>
              </w:rPr>
              <w:t xml:space="preserve"> by a vet as competent for such purpose</w:t>
            </w:r>
            <w:proofErr w:type="gramStart"/>
            <w:r>
              <w:rPr>
                <w:sz w:val="16"/>
              </w:rPr>
              <w:t>….w</w:t>
            </w:r>
            <w:r w:rsidRPr="00B12867">
              <w:rPr>
                <w:sz w:val="16"/>
                <w:lang w:val="en-GB"/>
              </w:rPr>
              <w:t>here</w:t>
            </w:r>
            <w:proofErr w:type="gramEnd"/>
            <w:r w:rsidRPr="00B12867">
              <w:rPr>
                <w:sz w:val="16"/>
                <w:lang w:val="en-GB"/>
              </w:rPr>
              <w:t xml:space="preserve"> euthanasia is not carried out by or under the direct supervision of a vet, these details must be recorded:</w:t>
            </w:r>
          </w:p>
          <w:p w14:paraId="60907BAB" w14:textId="77777777" w:rsidR="00B12867" w:rsidRPr="00B12867" w:rsidRDefault="00B12867" w:rsidP="00B12867">
            <w:pPr>
              <w:numPr>
                <w:ilvl w:val="0"/>
                <w:numId w:val="16"/>
              </w:numPr>
              <w:rPr>
                <w:sz w:val="16"/>
                <w:lang w:val="en-GB"/>
              </w:rPr>
            </w:pPr>
            <w:r w:rsidRPr="00B12867">
              <w:rPr>
                <w:sz w:val="16"/>
                <w:lang w:val="en-GB"/>
              </w:rPr>
              <w:t>the reason why the animal was euthanised</w:t>
            </w:r>
          </w:p>
          <w:p w14:paraId="21E5456F" w14:textId="77777777" w:rsidR="00B12867" w:rsidRPr="00B12867" w:rsidRDefault="00B12867" w:rsidP="00B12867">
            <w:pPr>
              <w:numPr>
                <w:ilvl w:val="0"/>
                <w:numId w:val="16"/>
              </w:numPr>
              <w:rPr>
                <w:sz w:val="16"/>
                <w:lang w:val="en-GB"/>
              </w:rPr>
            </w:pPr>
            <w:r w:rsidRPr="00B12867">
              <w:rPr>
                <w:sz w:val="16"/>
                <w:lang w:val="en-GB"/>
              </w:rPr>
              <w:t>the method used</w:t>
            </w:r>
          </w:p>
          <w:p w14:paraId="73A585E4" w14:textId="77777777" w:rsidR="00B12867" w:rsidRPr="00B12867" w:rsidRDefault="00B12867" w:rsidP="00B12867">
            <w:pPr>
              <w:numPr>
                <w:ilvl w:val="0"/>
                <w:numId w:val="16"/>
              </w:numPr>
              <w:rPr>
                <w:sz w:val="16"/>
                <w:lang w:val="en-GB"/>
              </w:rPr>
            </w:pPr>
            <w:r w:rsidRPr="00B12867">
              <w:rPr>
                <w:sz w:val="16"/>
                <w:lang w:val="en-GB"/>
              </w:rPr>
              <w:t>the member of staff carrying out the euthanasia</w:t>
            </w:r>
          </w:p>
          <w:p w14:paraId="559371DB" w14:textId="326C589F" w:rsidR="00B12867" w:rsidRPr="00B12867" w:rsidRDefault="00B12867">
            <w:pPr>
              <w:rPr>
                <w:sz w:val="16"/>
                <w:lang w:val="en-GB"/>
              </w:rPr>
            </w:pPr>
            <w:r w:rsidRPr="00B12867">
              <w:rPr>
                <w:sz w:val="16"/>
                <w:lang w:val="en-GB"/>
              </w:rPr>
              <w:t>These records must be made available at subsequent inspections. This does not apply to fish.</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483B448" w14:textId="77777777" w:rsidR="00B12867" w:rsidRPr="00D35ABE" w:rsidRDefault="00B12867"/>
        </w:tc>
      </w:tr>
      <w:tr w:rsidR="00142424" w:rsidRPr="00D35ABE" w14:paraId="0DD92295"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99230F3" w14:textId="77777777" w:rsidR="00142424" w:rsidRPr="00D35ABE" w:rsidRDefault="002F7851">
            <w:r w:rsidRPr="00D35ABE">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86CDAC7" w14:textId="77777777" w:rsidR="00142424" w:rsidRPr="00D35ABE" w:rsidRDefault="002F7851">
            <w:r w:rsidRPr="00D35ABE">
              <w:rPr>
                <w:sz w:val="16"/>
              </w:rPr>
              <w:t>9.14</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311F1EB" w14:textId="5BC9BB8E" w:rsidR="00142424" w:rsidRPr="00D35ABE" w:rsidRDefault="00B12867">
            <w:r w:rsidRPr="00B12867">
              <w:rPr>
                <w:sz w:val="16"/>
              </w:rPr>
              <w:t xml:space="preserve">Any signs of pain, suffering, injury, disease or abnormal </w:t>
            </w:r>
            <w:proofErr w:type="spellStart"/>
            <w:r w:rsidRPr="00B12867">
              <w:rPr>
                <w:sz w:val="16"/>
              </w:rPr>
              <w:t>behaviour</w:t>
            </w:r>
            <w:proofErr w:type="spellEnd"/>
            <w:r w:rsidRPr="00B12867">
              <w:rPr>
                <w:sz w:val="16"/>
              </w:rPr>
              <w:t xml:space="preserve"> must be recorded and the advice and further advice (if necessary) of a vet (or in the case of fish, of an appropriately competent person) must be sought and followed.</w:t>
            </w:r>
            <w:r>
              <w:rPr>
                <w:sz w:val="16"/>
              </w:rPr>
              <w:t xml:space="preserve"> </w:t>
            </w:r>
            <w:r w:rsidRPr="00B12867">
              <w:rPr>
                <w:sz w:val="16"/>
              </w:rPr>
              <w:t>A system of recording abnormalities must be maintained.</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27A6DF4" w14:textId="77777777" w:rsidR="00142424" w:rsidRPr="00D35ABE" w:rsidRDefault="00142424"/>
        </w:tc>
      </w:tr>
      <w:tr w:rsidR="00142424" w:rsidRPr="00D35ABE" w14:paraId="77153E54"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E1058B0" w14:textId="77777777" w:rsidR="00142424" w:rsidRPr="00D35ABE" w:rsidRDefault="002F7851">
            <w:r w:rsidRPr="00D35ABE">
              <w:rPr>
                <w:sz w:val="16"/>
              </w:rPr>
              <w:lastRenderedPageBreak/>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427385F" w14:textId="77777777" w:rsidR="00142424" w:rsidRPr="00D35ABE" w:rsidRDefault="002F7851">
            <w:r w:rsidRPr="00D35ABE">
              <w:rPr>
                <w:sz w:val="16"/>
              </w:rPr>
              <w:t>10.1</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FAA6595" w14:textId="50D7FD51" w:rsidR="00142424" w:rsidRPr="00D35ABE" w:rsidRDefault="002F7851">
            <w:r w:rsidRPr="00D35ABE">
              <w:rPr>
                <w:sz w:val="16"/>
              </w:rPr>
              <w:t>Do you have a written emergency plan covering fire, carbon monoxide, loss of power, loss of water, extreme temperatures and evacuation arrangements?</w:t>
            </w:r>
            <w:r w:rsidR="00BC763C">
              <w:rPr>
                <w:sz w:val="16"/>
              </w:rPr>
              <w:t xml:space="preserve"> Are emergency drills undertaken at least annually and recorded.</w:t>
            </w:r>
            <w:r w:rsidR="00B12867">
              <w:rPr>
                <w:sz w:val="16"/>
              </w:rPr>
              <w:t xml:space="preserve"> </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707F380" w14:textId="77777777" w:rsidR="00142424" w:rsidRPr="00D35ABE" w:rsidRDefault="00142424"/>
        </w:tc>
      </w:tr>
      <w:tr w:rsidR="00B12867" w:rsidRPr="00D35ABE" w14:paraId="1B4EB2EB"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88FCFFA" w14:textId="06357A55" w:rsidR="00B12867" w:rsidRPr="00D35ABE" w:rsidRDefault="00B12867">
            <w:pPr>
              <w:rPr>
                <w:sz w:val="16"/>
              </w:rPr>
            </w:pPr>
            <w:r>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02AA620" w14:textId="4B3F94DA" w:rsidR="00B12867" w:rsidRPr="00D35ABE" w:rsidRDefault="00B12867">
            <w:pPr>
              <w:rPr>
                <w:sz w:val="16"/>
              </w:rPr>
            </w:pPr>
            <w:r>
              <w:rPr>
                <w:sz w:val="16"/>
              </w:rPr>
              <w:t>10.1</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F340094" w14:textId="091E0032" w:rsidR="00B12867" w:rsidRPr="00D35ABE" w:rsidRDefault="00B12867">
            <w:pPr>
              <w:rPr>
                <w:sz w:val="16"/>
              </w:rPr>
            </w:pPr>
            <w:r w:rsidRPr="00B12867">
              <w:rPr>
                <w:sz w:val="16"/>
              </w:rPr>
              <w:t xml:space="preserve">Emergency drills must be regularly </w:t>
            </w:r>
            <w:proofErr w:type="spellStart"/>
            <w:r w:rsidRPr="00B12867">
              <w:rPr>
                <w:sz w:val="16"/>
              </w:rPr>
              <w:t>practised</w:t>
            </w:r>
            <w:proofErr w:type="spellEnd"/>
            <w:r w:rsidRPr="00B12867">
              <w:rPr>
                <w:sz w:val="16"/>
              </w:rPr>
              <w:t>. Practices must be recorded with any failings noted and addressed in the procedures. Drills must be undertaken at least annually, or as determined by fire risk assessments</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906F76B" w14:textId="77777777" w:rsidR="00B12867" w:rsidRPr="00D35ABE" w:rsidRDefault="00B12867"/>
        </w:tc>
      </w:tr>
      <w:tr w:rsidR="00212B1C" w:rsidRPr="00D35ABE" w14:paraId="522BDAF5"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4034D39" w14:textId="7B46E73F" w:rsidR="00212B1C" w:rsidRPr="00D35ABE" w:rsidRDefault="00212B1C" w:rsidP="00212B1C">
            <w:pPr>
              <w:rPr>
                <w:sz w:val="16"/>
              </w:rPr>
            </w:pPr>
            <w:r>
              <w:rPr>
                <w:sz w:val="16"/>
              </w:rPr>
              <w:t>Part A</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DB681A9" w14:textId="7BD11023" w:rsidR="00212B1C" w:rsidRPr="00D35ABE" w:rsidRDefault="00212B1C" w:rsidP="00212B1C">
            <w:pPr>
              <w:rPr>
                <w:sz w:val="16"/>
              </w:rPr>
            </w:pPr>
            <w:r>
              <w:rPr>
                <w:sz w:val="16"/>
              </w:rPr>
              <w:t>4.3 Optional Higher Standard</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D991746" w14:textId="716CFC67" w:rsidR="00212B1C" w:rsidRPr="00D35ABE" w:rsidRDefault="00212B1C" w:rsidP="00212B1C">
            <w:pPr>
              <w:rPr>
                <w:sz w:val="16"/>
              </w:rPr>
            </w:pPr>
            <w:r w:rsidRPr="00211974">
              <w:rPr>
                <w:sz w:val="16"/>
              </w:rPr>
              <w:t>There must be a member of permanent, full-time staff with an </w:t>
            </w:r>
            <w:proofErr w:type="spellStart"/>
            <w:r w:rsidRPr="00211974">
              <w:rPr>
                <w:sz w:val="16"/>
              </w:rPr>
              <w:t>Ofqual</w:t>
            </w:r>
            <w:proofErr w:type="spellEnd"/>
            <w:r w:rsidRPr="00211974">
              <w:rPr>
                <w:sz w:val="16"/>
              </w:rPr>
              <w:t> regulated Level 3 qualification that is appropriate to the species kept.</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51E9AF8" w14:textId="77777777" w:rsidR="00212B1C" w:rsidRPr="00D35ABE" w:rsidRDefault="00212B1C" w:rsidP="00212B1C"/>
        </w:tc>
      </w:tr>
      <w:tr w:rsidR="00212B1C" w:rsidRPr="00D35ABE" w14:paraId="171B48FE"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5050BA3" w14:textId="1B33E628" w:rsidR="00212B1C" w:rsidRPr="00D35ABE" w:rsidRDefault="00212B1C" w:rsidP="00212B1C">
            <w:r w:rsidRPr="00D35ABE">
              <w:rPr>
                <w:sz w:val="16"/>
              </w:rPr>
              <w:t>Part B</w:t>
            </w:r>
            <w:r>
              <w:rPr>
                <w:sz w:val="16"/>
              </w:rPr>
              <w:t xml:space="preserve"> 2.0</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D9C2E14" w14:textId="22DD94D1" w:rsidR="00212B1C" w:rsidRPr="00D35ABE" w:rsidRDefault="00212B1C" w:rsidP="00212B1C">
            <w:r>
              <w:rPr>
                <w:sz w:val="16"/>
              </w:rPr>
              <w:t>All p</w:t>
            </w:r>
            <w:r w:rsidRPr="00D35ABE">
              <w:rPr>
                <w:sz w:val="16"/>
              </w:rPr>
              <w:t>et sales</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AAE9E4B" w14:textId="0940DFA7" w:rsidR="00212B1C" w:rsidRPr="00BC763C" w:rsidRDefault="00212B1C" w:rsidP="00212B1C">
            <w:pPr>
              <w:rPr>
                <w:sz w:val="16"/>
                <w:lang w:val="en-GB"/>
              </w:rPr>
            </w:pPr>
            <w:r w:rsidRPr="00BC763C">
              <w:rPr>
                <w:sz w:val="16"/>
              </w:rPr>
              <w:t>A register must be maintained for all the animals or, in the case of fish, all the groups of fish, on the premises</w:t>
            </w:r>
            <w:r>
              <w:rPr>
                <w:sz w:val="16"/>
              </w:rPr>
              <w:t xml:space="preserve">. </w:t>
            </w:r>
            <w:r w:rsidRPr="00BC763C">
              <w:rPr>
                <w:sz w:val="16"/>
                <w:lang w:val="en-GB"/>
              </w:rPr>
              <w:t>The register where they are kept for sale must include:</w:t>
            </w:r>
          </w:p>
          <w:p w14:paraId="27FB7705" w14:textId="77777777" w:rsidR="00212B1C" w:rsidRPr="00BC763C" w:rsidRDefault="00212B1C" w:rsidP="00212B1C">
            <w:pPr>
              <w:rPr>
                <w:sz w:val="16"/>
                <w:lang w:val="en-GB"/>
              </w:rPr>
            </w:pPr>
            <w:r w:rsidRPr="00BC763C">
              <w:rPr>
                <w:sz w:val="16"/>
                <w:lang w:val="en-GB"/>
              </w:rPr>
              <w:t>(a) the full name of the supplier of the animal</w:t>
            </w:r>
          </w:p>
          <w:p w14:paraId="7511B123" w14:textId="77777777" w:rsidR="00212B1C" w:rsidRPr="00BC763C" w:rsidRDefault="00212B1C" w:rsidP="00212B1C">
            <w:pPr>
              <w:rPr>
                <w:sz w:val="16"/>
                <w:lang w:val="en-GB"/>
              </w:rPr>
            </w:pPr>
            <w:r w:rsidRPr="00BC763C">
              <w:rPr>
                <w:sz w:val="16"/>
                <w:lang w:val="en-GB"/>
              </w:rPr>
              <w:t>(b) the animal’s sex (where known)</w:t>
            </w:r>
          </w:p>
          <w:p w14:paraId="42C58001" w14:textId="77777777" w:rsidR="00212B1C" w:rsidRPr="00BC763C" w:rsidRDefault="00212B1C" w:rsidP="00212B1C">
            <w:pPr>
              <w:rPr>
                <w:sz w:val="16"/>
                <w:lang w:val="en-GB"/>
              </w:rPr>
            </w:pPr>
            <w:r w:rsidRPr="00BC763C">
              <w:rPr>
                <w:sz w:val="16"/>
                <w:lang w:val="en-GB"/>
              </w:rPr>
              <w:t>(c) except in the case of fish, the animal’s age (where known)</w:t>
            </w:r>
          </w:p>
          <w:p w14:paraId="2DCC7C9B" w14:textId="77777777" w:rsidR="00212B1C" w:rsidRPr="00BC763C" w:rsidRDefault="00212B1C" w:rsidP="00212B1C">
            <w:pPr>
              <w:rPr>
                <w:sz w:val="16"/>
                <w:lang w:val="en-GB"/>
              </w:rPr>
            </w:pPr>
            <w:r w:rsidRPr="00BC763C">
              <w:rPr>
                <w:sz w:val="16"/>
                <w:lang w:val="en-GB"/>
              </w:rPr>
              <w:t>(d) details of any veterinary treatment (where known)</w:t>
            </w:r>
          </w:p>
          <w:p w14:paraId="18D522C6" w14:textId="77777777" w:rsidR="00212B1C" w:rsidRPr="00BC763C" w:rsidRDefault="00212B1C" w:rsidP="00212B1C">
            <w:pPr>
              <w:rPr>
                <w:sz w:val="16"/>
                <w:lang w:val="en-GB"/>
              </w:rPr>
            </w:pPr>
            <w:r w:rsidRPr="00BC763C">
              <w:rPr>
                <w:sz w:val="16"/>
                <w:lang w:val="en-GB"/>
              </w:rPr>
              <w:t>(e) the date of birth of the animal or, if the animal was acquired by the licence holder, the date of its acquisition</w:t>
            </w:r>
          </w:p>
          <w:p w14:paraId="43A3BEF3" w14:textId="77777777" w:rsidR="00212B1C" w:rsidRPr="00BC763C" w:rsidRDefault="00212B1C" w:rsidP="00212B1C">
            <w:pPr>
              <w:rPr>
                <w:sz w:val="16"/>
                <w:lang w:val="en-GB"/>
              </w:rPr>
            </w:pPr>
            <w:r w:rsidRPr="00BC763C">
              <w:rPr>
                <w:sz w:val="16"/>
                <w:lang w:val="en-GB"/>
              </w:rPr>
              <w:t>(f) the date of sale of the animal by the licence holder</w:t>
            </w:r>
          </w:p>
          <w:p w14:paraId="7BE152E1" w14:textId="77777777" w:rsidR="00212B1C" w:rsidRPr="00BC763C" w:rsidRDefault="00212B1C" w:rsidP="00212B1C">
            <w:pPr>
              <w:rPr>
                <w:sz w:val="16"/>
                <w:lang w:val="en-GB"/>
              </w:rPr>
            </w:pPr>
            <w:r w:rsidRPr="00BC763C">
              <w:rPr>
                <w:sz w:val="16"/>
                <w:lang w:val="en-GB"/>
              </w:rPr>
              <w:t>(g) the date of the animal’s death (if applicable)</w:t>
            </w:r>
          </w:p>
          <w:p w14:paraId="39E9E0EE" w14:textId="77777777" w:rsidR="004D13D7" w:rsidRPr="004D13D7" w:rsidRDefault="004D13D7" w:rsidP="004D13D7">
            <w:pPr>
              <w:rPr>
                <w:sz w:val="16"/>
                <w:szCs w:val="16"/>
                <w:lang w:val="en-GB"/>
              </w:rPr>
            </w:pPr>
            <w:r w:rsidRPr="004D13D7">
              <w:rPr>
                <w:sz w:val="16"/>
                <w:szCs w:val="16"/>
                <w:lang w:val="en-GB"/>
              </w:rPr>
              <w:t>The register can be a stand-alone dedicated document or can be business records, such as invoices and proof of sales receipts. It must accurately represent acquisitions and sales. This can be a centralised system but must be accessible in store.</w:t>
            </w:r>
          </w:p>
          <w:p w14:paraId="5C66CF2B" w14:textId="77777777" w:rsidR="004D13D7" w:rsidRPr="004D13D7" w:rsidRDefault="004D13D7" w:rsidP="004D13D7">
            <w:pPr>
              <w:rPr>
                <w:sz w:val="16"/>
                <w:szCs w:val="16"/>
                <w:lang w:val="en-GB"/>
              </w:rPr>
            </w:pPr>
            <w:r w:rsidRPr="004D13D7">
              <w:rPr>
                <w:sz w:val="16"/>
                <w:szCs w:val="16"/>
                <w:lang w:val="en-GB"/>
              </w:rPr>
              <w:t xml:space="preserve">Deaths can be recorded as part of daily observational records or as a standalone document. Actions taken following any unusual mortality must also be recorded. For fish, deaths should be recorded when mortality exceeds 5% of animals on site, over a </w:t>
            </w:r>
            <w:proofErr w:type="gramStart"/>
            <w:r w:rsidRPr="004D13D7">
              <w:rPr>
                <w:sz w:val="16"/>
                <w:szCs w:val="16"/>
                <w:lang w:val="en-GB"/>
              </w:rPr>
              <w:t>24 hour</w:t>
            </w:r>
            <w:proofErr w:type="gramEnd"/>
            <w:r w:rsidRPr="004D13D7">
              <w:rPr>
                <w:sz w:val="16"/>
                <w:szCs w:val="16"/>
                <w:lang w:val="en-GB"/>
              </w:rPr>
              <w:t xml:space="preserve"> period.</w:t>
            </w:r>
          </w:p>
          <w:p w14:paraId="6F26941D" w14:textId="77777777" w:rsidR="004D13D7" w:rsidRPr="004D13D7" w:rsidRDefault="004D13D7" w:rsidP="004D13D7">
            <w:pPr>
              <w:rPr>
                <w:sz w:val="16"/>
                <w:szCs w:val="16"/>
                <w:lang w:val="en-GB"/>
              </w:rPr>
            </w:pPr>
            <w:r w:rsidRPr="004D13D7">
              <w:rPr>
                <w:sz w:val="16"/>
                <w:szCs w:val="16"/>
                <w:lang w:val="en-GB"/>
              </w:rPr>
              <w:t>The register must include details of the supplier of the animals.</w:t>
            </w:r>
          </w:p>
          <w:p w14:paraId="5BA08224" w14:textId="3222AA67" w:rsidR="00212B1C" w:rsidRPr="004D13D7" w:rsidRDefault="004D13D7" w:rsidP="00212B1C">
            <w:pPr>
              <w:rPr>
                <w:sz w:val="16"/>
                <w:szCs w:val="16"/>
                <w:lang w:val="en-GB"/>
              </w:rPr>
            </w:pPr>
            <w:r w:rsidRPr="004D13D7">
              <w:rPr>
                <w:sz w:val="16"/>
                <w:szCs w:val="16"/>
                <w:lang w:val="en-GB"/>
              </w:rPr>
              <w:t>The register must be available for inspection by the appropriate authority.</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7AD86DB" w14:textId="77777777" w:rsidR="00212B1C" w:rsidRPr="00D35ABE" w:rsidRDefault="00212B1C" w:rsidP="00212B1C"/>
        </w:tc>
      </w:tr>
      <w:tr w:rsidR="00212B1C" w:rsidRPr="00D35ABE" w14:paraId="09EA777D"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373BE01" w14:textId="4F6FC6BF" w:rsidR="00212B1C" w:rsidRPr="00D35ABE" w:rsidRDefault="00212B1C" w:rsidP="00212B1C">
            <w:pPr>
              <w:rPr>
                <w:sz w:val="16"/>
              </w:rPr>
            </w:pPr>
            <w:r>
              <w:rPr>
                <w:sz w:val="16"/>
              </w:rPr>
              <w:t>Part B 2.3</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A4D2884" w14:textId="1BBE6F22" w:rsidR="00212B1C" w:rsidRPr="00D35ABE" w:rsidRDefault="00212B1C" w:rsidP="00212B1C">
            <w:pPr>
              <w:rPr>
                <w:sz w:val="16"/>
              </w:rPr>
            </w:pPr>
            <w:r>
              <w:rPr>
                <w:sz w:val="16"/>
              </w:rPr>
              <w:t>All pet sales</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D6BF94C" w14:textId="5CE5C130" w:rsidR="00212B1C" w:rsidRPr="00BC763C" w:rsidRDefault="00212B1C" w:rsidP="00212B1C">
            <w:pPr>
              <w:rPr>
                <w:sz w:val="16"/>
                <w:lang w:val="en-GB"/>
              </w:rPr>
            </w:pPr>
            <w:r>
              <w:rPr>
                <w:sz w:val="16"/>
                <w:lang w:val="en-GB"/>
              </w:rPr>
              <w:t>A</w:t>
            </w:r>
            <w:r w:rsidRPr="00BC763C">
              <w:rPr>
                <w:sz w:val="16"/>
                <w:lang w:val="en-GB"/>
              </w:rPr>
              <w:t>ny advertisement for the sale of an animal must:</w:t>
            </w:r>
          </w:p>
          <w:p w14:paraId="1247CE1A" w14:textId="77777777" w:rsidR="00212B1C" w:rsidRPr="00BC763C" w:rsidRDefault="00212B1C" w:rsidP="00212B1C">
            <w:pPr>
              <w:rPr>
                <w:sz w:val="16"/>
                <w:lang w:val="en-GB"/>
              </w:rPr>
            </w:pPr>
            <w:r w:rsidRPr="00BC763C">
              <w:rPr>
                <w:sz w:val="16"/>
                <w:lang w:val="en-GB"/>
              </w:rPr>
              <w:t>(a) include the number of the licence holder’s licence</w:t>
            </w:r>
          </w:p>
          <w:p w14:paraId="67BA67BA" w14:textId="77777777" w:rsidR="00212B1C" w:rsidRPr="00BC763C" w:rsidRDefault="00212B1C" w:rsidP="00212B1C">
            <w:pPr>
              <w:rPr>
                <w:sz w:val="16"/>
                <w:lang w:val="en-GB"/>
              </w:rPr>
            </w:pPr>
            <w:r w:rsidRPr="00BC763C">
              <w:rPr>
                <w:sz w:val="16"/>
                <w:lang w:val="en-GB"/>
              </w:rPr>
              <w:t>(b) specify the local authority that issued the licence</w:t>
            </w:r>
          </w:p>
          <w:p w14:paraId="752A31D2" w14:textId="77777777" w:rsidR="00212B1C" w:rsidRPr="00BC763C" w:rsidRDefault="00212B1C" w:rsidP="00212B1C">
            <w:pPr>
              <w:rPr>
                <w:sz w:val="16"/>
                <w:lang w:val="en-GB"/>
              </w:rPr>
            </w:pPr>
            <w:r w:rsidRPr="00BC763C">
              <w:rPr>
                <w:sz w:val="16"/>
                <w:lang w:val="en-GB"/>
              </w:rPr>
              <w:t>(c) include a recognisable photograph of the animal being advertised</w:t>
            </w:r>
          </w:p>
          <w:p w14:paraId="6EC62AAA" w14:textId="77777777" w:rsidR="00212B1C" w:rsidRPr="00BC763C" w:rsidRDefault="00212B1C" w:rsidP="00212B1C">
            <w:pPr>
              <w:rPr>
                <w:sz w:val="16"/>
                <w:lang w:val="en-GB"/>
              </w:rPr>
            </w:pPr>
            <w:r w:rsidRPr="00BC763C">
              <w:rPr>
                <w:sz w:val="16"/>
                <w:lang w:val="en-GB"/>
              </w:rPr>
              <w:t>(d) display the age of the animal being advertised (except in the case of fish)</w:t>
            </w:r>
          </w:p>
          <w:p w14:paraId="435FB2D2" w14:textId="77777777" w:rsidR="00212B1C" w:rsidRPr="00BC763C" w:rsidRDefault="00212B1C" w:rsidP="00212B1C">
            <w:pPr>
              <w:rPr>
                <w:sz w:val="16"/>
                <w:lang w:val="en-GB"/>
              </w:rPr>
            </w:pPr>
            <w:r w:rsidRPr="00BC763C">
              <w:rPr>
                <w:sz w:val="16"/>
                <w:lang w:val="en-GB"/>
              </w:rPr>
              <w:t>(e) state the country of residence of the animal from which it is being sold</w:t>
            </w:r>
          </w:p>
          <w:p w14:paraId="495BEDE4" w14:textId="77777777" w:rsidR="00212B1C" w:rsidRPr="00BC763C" w:rsidRDefault="00212B1C" w:rsidP="00212B1C">
            <w:pPr>
              <w:rPr>
                <w:sz w:val="16"/>
                <w:lang w:val="en-GB"/>
              </w:rPr>
            </w:pPr>
            <w:r w:rsidRPr="00BC763C">
              <w:rPr>
                <w:sz w:val="16"/>
                <w:lang w:val="en-GB"/>
              </w:rPr>
              <w:t>(f) state the country of origin of the animal</w:t>
            </w:r>
          </w:p>
          <w:p w14:paraId="2D184F55" w14:textId="7531298C" w:rsidR="00212B1C" w:rsidRPr="00BC763C" w:rsidRDefault="00212B1C" w:rsidP="00212B1C">
            <w:pPr>
              <w:rPr>
                <w:sz w:val="16"/>
                <w:lang w:val="en-GB"/>
              </w:rPr>
            </w:pPr>
            <w:r w:rsidRPr="00BC763C">
              <w:rPr>
                <w:sz w:val="16"/>
                <w:lang w:val="en-GB"/>
              </w:rPr>
              <w:t>An advert refers to those used to advertise an animal to the public. It does not include internal sales in store and business to business sales.</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8A841A1" w14:textId="77777777" w:rsidR="00212B1C" w:rsidRPr="00D35ABE" w:rsidRDefault="00212B1C" w:rsidP="00212B1C"/>
        </w:tc>
      </w:tr>
      <w:tr w:rsidR="00212B1C" w:rsidRPr="00D35ABE" w14:paraId="2AEB285C"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E85C81B" w14:textId="3A419EFB" w:rsidR="00212B1C" w:rsidRDefault="00212B1C" w:rsidP="00212B1C">
            <w:pPr>
              <w:rPr>
                <w:sz w:val="16"/>
              </w:rPr>
            </w:pPr>
            <w:r>
              <w:rPr>
                <w:sz w:val="16"/>
              </w:rPr>
              <w:lastRenderedPageBreak/>
              <w:t>Part B 3.0</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D5AA2A0" w14:textId="02BEDB13" w:rsidR="00212B1C" w:rsidRDefault="00212B1C" w:rsidP="00212B1C">
            <w:pPr>
              <w:rPr>
                <w:sz w:val="16"/>
              </w:rPr>
            </w:pPr>
            <w:r>
              <w:rPr>
                <w:sz w:val="16"/>
              </w:rPr>
              <w:t>All pet sales</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30065C6" w14:textId="77777777" w:rsidR="00212B1C" w:rsidRPr="00D52E6E" w:rsidRDefault="00212B1C" w:rsidP="00212B1C">
            <w:pPr>
              <w:rPr>
                <w:sz w:val="16"/>
                <w:lang w:val="en-GB"/>
              </w:rPr>
            </w:pPr>
            <w:r w:rsidRPr="00D52E6E">
              <w:rPr>
                <w:sz w:val="16"/>
                <w:lang w:val="en-GB"/>
              </w:rPr>
              <w:t>The licence holder and all staff must ensure that the prospective owner is provided with information on the appropriate care of the animal including in relation to:</w:t>
            </w:r>
          </w:p>
          <w:p w14:paraId="414D1DE5" w14:textId="77777777" w:rsidR="00212B1C" w:rsidRPr="00D52E6E" w:rsidRDefault="00212B1C" w:rsidP="00212B1C">
            <w:pPr>
              <w:rPr>
                <w:sz w:val="16"/>
                <w:lang w:val="en-GB"/>
              </w:rPr>
            </w:pPr>
            <w:r w:rsidRPr="00D52E6E">
              <w:rPr>
                <w:sz w:val="16"/>
                <w:lang w:val="en-GB"/>
              </w:rPr>
              <w:t>(a) feeding</w:t>
            </w:r>
          </w:p>
          <w:p w14:paraId="4680A02D" w14:textId="77777777" w:rsidR="00212B1C" w:rsidRPr="00D52E6E" w:rsidRDefault="00212B1C" w:rsidP="00212B1C">
            <w:pPr>
              <w:rPr>
                <w:sz w:val="16"/>
                <w:lang w:val="en-GB"/>
              </w:rPr>
            </w:pPr>
            <w:r w:rsidRPr="00D52E6E">
              <w:rPr>
                <w:sz w:val="16"/>
                <w:lang w:val="en-GB"/>
              </w:rPr>
              <w:t>(b) housing</w:t>
            </w:r>
          </w:p>
          <w:p w14:paraId="4F8DC1DA" w14:textId="77777777" w:rsidR="00212B1C" w:rsidRPr="00D52E6E" w:rsidRDefault="00212B1C" w:rsidP="00212B1C">
            <w:pPr>
              <w:rPr>
                <w:sz w:val="16"/>
                <w:lang w:val="en-GB"/>
              </w:rPr>
            </w:pPr>
            <w:r w:rsidRPr="00D52E6E">
              <w:rPr>
                <w:sz w:val="16"/>
                <w:lang w:val="en-GB"/>
              </w:rPr>
              <w:t>(c) handling</w:t>
            </w:r>
          </w:p>
          <w:p w14:paraId="0C52AA6E" w14:textId="77777777" w:rsidR="00212B1C" w:rsidRPr="00D52E6E" w:rsidRDefault="00212B1C" w:rsidP="00212B1C">
            <w:pPr>
              <w:rPr>
                <w:sz w:val="16"/>
                <w:lang w:val="en-GB"/>
              </w:rPr>
            </w:pPr>
            <w:r w:rsidRPr="00D52E6E">
              <w:rPr>
                <w:sz w:val="16"/>
                <w:lang w:val="en-GB"/>
              </w:rPr>
              <w:t>(d) husbandry</w:t>
            </w:r>
          </w:p>
          <w:p w14:paraId="5A60F675" w14:textId="77777777" w:rsidR="00212B1C" w:rsidRPr="00D52E6E" w:rsidRDefault="00212B1C" w:rsidP="00212B1C">
            <w:pPr>
              <w:rPr>
                <w:sz w:val="16"/>
                <w:lang w:val="en-GB"/>
              </w:rPr>
            </w:pPr>
            <w:r w:rsidRPr="00D52E6E">
              <w:rPr>
                <w:sz w:val="16"/>
                <w:lang w:val="en-GB"/>
              </w:rPr>
              <w:t>(e) the life expectancy of its species</w:t>
            </w:r>
          </w:p>
          <w:p w14:paraId="54DBBEB2" w14:textId="77777777" w:rsidR="00212B1C" w:rsidRPr="00D52E6E" w:rsidRDefault="00212B1C" w:rsidP="00212B1C">
            <w:pPr>
              <w:rPr>
                <w:sz w:val="16"/>
                <w:lang w:val="en-GB"/>
              </w:rPr>
            </w:pPr>
            <w:r w:rsidRPr="00D52E6E">
              <w:rPr>
                <w:sz w:val="16"/>
                <w:lang w:val="en-GB"/>
              </w:rPr>
              <w:t>(f) the provision of suitable accessories</w:t>
            </w:r>
          </w:p>
          <w:p w14:paraId="0D2F847D" w14:textId="77777777" w:rsidR="00212B1C" w:rsidRPr="00D52E6E" w:rsidRDefault="00212B1C" w:rsidP="00212B1C">
            <w:pPr>
              <w:rPr>
                <w:sz w:val="16"/>
                <w:lang w:val="en-GB"/>
              </w:rPr>
            </w:pPr>
            <w:r w:rsidRPr="00D52E6E">
              <w:rPr>
                <w:sz w:val="16"/>
                <w:lang w:val="en-GB"/>
              </w:rPr>
              <w:t>(g) veterinary care</w:t>
            </w:r>
          </w:p>
          <w:p w14:paraId="191DC6C5" w14:textId="710B868F" w:rsidR="00212B1C" w:rsidRDefault="00212B1C" w:rsidP="00212B1C">
            <w:pPr>
              <w:rPr>
                <w:sz w:val="16"/>
                <w:lang w:val="en-GB"/>
              </w:rPr>
            </w:pPr>
            <w:r w:rsidRPr="00D52E6E">
              <w:rPr>
                <w:sz w:val="16"/>
                <w:lang w:val="en-GB"/>
              </w:rPr>
              <w:t>Pet care leaflets or other similar written or electronic instructions must be given at the point of sale to encourage responsible pet ownership. They should refer to an owner’s obligations in the Animal Welfare Act (2006). They must outline the 5 welfare needs set out in the Act.</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65F23BF" w14:textId="77777777" w:rsidR="00212B1C" w:rsidRPr="00D35ABE" w:rsidRDefault="00212B1C" w:rsidP="00212B1C"/>
        </w:tc>
      </w:tr>
      <w:tr w:rsidR="00212B1C" w:rsidRPr="00D35ABE" w14:paraId="112D63ED"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CCBEC0D" w14:textId="24FFEF68" w:rsidR="00212B1C" w:rsidRPr="00D35ABE" w:rsidRDefault="00212B1C" w:rsidP="00212B1C">
            <w:r w:rsidRPr="00D35ABE">
              <w:rPr>
                <w:sz w:val="16"/>
              </w:rPr>
              <w:t>Part B</w:t>
            </w:r>
            <w:r w:rsidR="000F405C">
              <w:rPr>
                <w:sz w:val="16"/>
              </w:rPr>
              <w:t xml:space="preserve"> </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62B75E9" w14:textId="6E4E1495" w:rsidR="00212B1C" w:rsidRPr="00D35ABE" w:rsidRDefault="00212B1C" w:rsidP="00212B1C">
            <w:r>
              <w:rPr>
                <w:sz w:val="16"/>
              </w:rPr>
              <w:t>All p</w:t>
            </w:r>
            <w:r w:rsidRPr="00D35ABE">
              <w:rPr>
                <w:sz w:val="16"/>
              </w:rPr>
              <w:t>et sales</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C570E30" w14:textId="77777777" w:rsidR="00212B1C" w:rsidRPr="00D35ABE" w:rsidRDefault="00212B1C" w:rsidP="00212B1C">
            <w:r w:rsidRPr="00D35ABE">
              <w:rPr>
                <w:sz w:val="16"/>
              </w:rPr>
              <w:t xml:space="preserve">Do you have </w:t>
            </w:r>
            <w:proofErr w:type="gramStart"/>
            <w:r w:rsidRPr="00D35ABE">
              <w:rPr>
                <w:sz w:val="16"/>
              </w:rPr>
              <w:t>species</w:t>
            </w:r>
            <w:proofErr w:type="gramEnd"/>
            <w:r w:rsidRPr="00D35ABE">
              <w:rPr>
                <w:sz w:val="16"/>
              </w:rPr>
              <w:t xml:space="preserve"> accommodation plans, measurements and maximum stocking densities where relevant?</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2C81729" w14:textId="77777777" w:rsidR="00212B1C" w:rsidRPr="00D35ABE" w:rsidRDefault="00212B1C" w:rsidP="00212B1C"/>
        </w:tc>
      </w:tr>
      <w:tr w:rsidR="00212B1C" w:rsidRPr="00D35ABE" w14:paraId="36A17B6C"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8261C15" w14:textId="027865AF" w:rsidR="00212B1C" w:rsidRDefault="00212B1C" w:rsidP="00212B1C">
            <w:pPr>
              <w:rPr>
                <w:sz w:val="16"/>
              </w:rPr>
            </w:pPr>
            <w:r>
              <w:rPr>
                <w:sz w:val="16"/>
              </w:rPr>
              <w:t>Part B</w:t>
            </w:r>
            <w:r w:rsidR="000F405C">
              <w:rPr>
                <w:sz w:val="16"/>
              </w:rPr>
              <w:t xml:space="preserve"> </w:t>
            </w:r>
          </w:p>
          <w:p w14:paraId="4FDF61F7" w14:textId="3A0F8214" w:rsidR="00212B1C" w:rsidRPr="00D35ABE" w:rsidRDefault="00212B1C" w:rsidP="00212B1C">
            <w:pPr>
              <w:rPr>
                <w:sz w:val="16"/>
              </w:rPr>
            </w:pP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98363B2" w14:textId="77777777" w:rsidR="00683794" w:rsidRDefault="00683794" w:rsidP="00212B1C">
            <w:pPr>
              <w:rPr>
                <w:sz w:val="16"/>
              </w:rPr>
            </w:pPr>
            <w:r>
              <w:rPr>
                <w:sz w:val="16"/>
              </w:rPr>
              <w:t>All pet sales</w:t>
            </w:r>
          </w:p>
          <w:p w14:paraId="35647CB5" w14:textId="5AE976E7" w:rsidR="00212B1C" w:rsidRDefault="00212B1C" w:rsidP="00212B1C">
            <w:pPr>
              <w:rPr>
                <w:sz w:val="16"/>
              </w:rPr>
            </w:pPr>
            <w:r>
              <w:rPr>
                <w:sz w:val="16"/>
              </w:rPr>
              <w:t>Required higher standard</w:t>
            </w:r>
          </w:p>
          <w:p w14:paraId="47BE2489" w14:textId="390FFCDD" w:rsidR="00212B1C" w:rsidRPr="00D35ABE" w:rsidRDefault="00212B1C" w:rsidP="00212B1C">
            <w:pPr>
              <w:rPr>
                <w:sz w:val="16"/>
              </w:rPr>
            </w:pPr>
            <w:r>
              <w:rPr>
                <w:sz w:val="16"/>
              </w:rPr>
              <w:t xml:space="preserve"> 6.4</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48C7382" w14:textId="04604167" w:rsidR="00212B1C" w:rsidRPr="00D35ABE" w:rsidRDefault="00212B1C" w:rsidP="00212B1C">
            <w:pPr>
              <w:rPr>
                <w:sz w:val="16"/>
              </w:rPr>
            </w:pPr>
            <w:r w:rsidRPr="00D52E6E">
              <w:rPr>
                <w:sz w:val="16"/>
                <w:lang w:val="en-GB"/>
              </w:rPr>
              <w:t>A documented health checklist should be completed daily and must cover physical, psyc</w:t>
            </w:r>
            <w:r>
              <w:rPr>
                <w:sz w:val="16"/>
                <w:lang w:val="en-GB"/>
              </w:rPr>
              <w:t>h</w:t>
            </w:r>
            <w:r w:rsidRPr="00D52E6E">
              <w:rPr>
                <w:sz w:val="16"/>
                <w:lang w:val="en-GB"/>
              </w:rPr>
              <w:t>ological, and behavioural issues and any abnormality recorded.</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B3836F6" w14:textId="77777777" w:rsidR="00212B1C" w:rsidRPr="00D35ABE" w:rsidRDefault="00212B1C" w:rsidP="00212B1C"/>
        </w:tc>
      </w:tr>
      <w:tr w:rsidR="004D13D7" w:rsidRPr="00D35ABE" w14:paraId="3E14FF02"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7726701" w14:textId="5475DA91" w:rsidR="004D13D7" w:rsidRDefault="004D13D7" w:rsidP="00212B1C">
            <w:pPr>
              <w:rPr>
                <w:sz w:val="16"/>
              </w:rPr>
            </w:pPr>
            <w:r>
              <w:rPr>
                <w:sz w:val="16"/>
              </w:rPr>
              <w:t>Part C - dogs</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AE67B3D" w14:textId="297AB83B" w:rsidR="004D13D7" w:rsidRDefault="004D13D7" w:rsidP="00212B1C">
            <w:pPr>
              <w:rPr>
                <w:sz w:val="16"/>
              </w:rPr>
            </w:pPr>
            <w:r>
              <w:rPr>
                <w:sz w:val="16"/>
              </w:rPr>
              <w:t>Minimum standard 5.0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7129FE2" w14:textId="7EDE57FB" w:rsidR="004D13D7" w:rsidRPr="000F405C" w:rsidRDefault="004D13D7" w:rsidP="004D13D7">
            <w:pPr>
              <w:rPr>
                <w:sz w:val="16"/>
                <w:lang w:val="en-GB"/>
              </w:rPr>
            </w:pPr>
            <w:r w:rsidRPr="000F405C">
              <w:rPr>
                <w:sz w:val="16"/>
              </w:rPr>
              <w:t>Unit doors must open inwards to protect the health and safety of attending staff. Where this is not feasible there must be a documented procedure in place to demonstrate the safety of staff.</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08CA14E" w14:textId="77777777" w:rsidR="004D13D7" w:rsidRPr="00D35ABE" w:rsidRDefault="004D13D7" w:rsidP="00212B1C"/>
        </w:tc>
      </w:tr>
      <w:tr w:rsidR="004D13D7" w:rsidRPr="00D35ABE" w14:paraId="0E08EA5B"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ED874BD" w14:textId="2DB8B267" w:rsidR="004D13D7" w:rsidRDefault="004D13D7" w:rsidP="004D13D7">
            <w:pPr>
              <w:rPr>
                <w:sz w:val="16"/>
              </w:rPr>
            </w:pPr>
            <w:r>
              <w:rPr>
                <w:sz w:val="16"/>
              </w:rPr>
              <w:t>Part C - dogs</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1037AC2" w14:textId="21A0DE6E" w:rsidR="004D13D7" w:rsidRDefault="004D13D7" w:rsidP="004D13D7">
            <w:pPr>
              <w:rPr>
                <w:sz w:val="16"/>
              </w:rPr>
            </w:pPr>
            <w:r>
              <w:rPr>
                <w:sz w:val="16"/>
              </w:rPr>
              <w:t>Minimum standard 5.0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D89474F" w14:textId="3381E09A" w:rsidR="004D13D7" w:rsidRPr="000F405C" w:rsidRDefault="004D13D7" w:rsidP="004D13D7">
            <w:pPr>
              <w:rPr>
                <w:sz w:val="16"/>
              </w:rPr>
            </w:pPr>
            <w:r w:rsidRPr="000F405C">
              <w:rPr>
                <w:sz w:val="16"/>
              </w:rPr>
              <w:t xml:space="preserve">Each unit must have a minimum headroom height of 2 </w:t>
            </w:r>
            <w:proofErr w:type="spellStart"/>
            <w:r w:rsidRPr="000F405C">
              <w:rPr>
                <w:sz w:val="16"/>
              </w:rPr>
              <w:t>metres</w:t>
            </w:r>
            <w:proofErr w:type="spellEnd"/>
            <w:r w:rsidRPr="000F405C">
              <w:rPr>
                <w:sz w:val="16"/>
              </w:rPr>
              <w:t xml:space="preserve"> and be designed to allow staff to access dogs and clean all parts of the unit safely. Where this is not feasible there must be a documented procedure in place to demonstrate the safety of staff.</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6816B94" w14:textId="77777777" w:rsidR="004D13D7" w:rsidRPr="00D35ABE" w:rsidRDefault="004D13D7" w:rsidP="004D13D7"/>
        </w:tc>
      </w:tr>
      <w:tr w:rsidR="004D13D7" w:rsidRPr="00D35ABE" w14:paraId="0669C935"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97F3AF4" w14:textId="74FFFC03" w:rsidR="004D13D7" w:rsidRDefault="004D13D7" w:rsidP="004D13D7">
            <w:pPr>
              <w:rPr>
                <w:sz w:val="16"/>
              </w:rPr>
            </w:pPr>
            <w:r>
              <w:rPr>
                <w:sz w:val="16"/>
              </w:rPr>
              <w:t>Part C - dogs</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105AACA" w14:textId="1B744AFF" w:rsidR="004D13D7" w:rsidRDefault="004D13D7" w:rsidP="004D13D7">
            <w:pPr>
              <w:rPr>
                <w:sz w:val="16"/>
              </w:rPr>
            </w:pPr>
            <w:r>
              <w:rPr>
                <w:sz w:val="16"/>
              </w:rPr>
              <w:t xml:space="preserve">Minimum standard 6.0 </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175BC81" w14:textId="3DBC60E7" w:rsidR="004D13D7" w:rsidRPr="000F405C" w:rsidRDefault="004D13D7" w:rsidP="004D13D7">
            <w:pPr>
              <w:rPr>
                <w:sz w:val="16"/>
                <w:lang w:val="en-GB"/>
              </w:rPr>
            </w:pPr>
            <w:r w:rsidRPr="004D13D7">
              <w:rPr>
                <w:sz w:val="16"/>
                <w:lang w:val="en-GB"/>
              </w:rPr>
              <w:t xml:space="preserve">Weekly records of weight and body condition score (BCS) must be kept </w:t>
            </w:r>
            <w:proofErr w:type="gramStart"/>
            <w:r w:rsidRPr="004D13D7">
              <w:rPr>
                <w:sz w:val="16"/>
                <w:lang w:val="en-GB"/>
              </w:rPr>
              <w:t>to ensure</w:t>
            </w:r>
            <w:proofErr w:type="gramEnd"/>
            <w:r w:rsidRPr="004D13D7">
              <w:rPr>
                <w:sz w:val="16"/>
                <w:lang w:val="en-GB"/>
              </w:rPr>
              <w:t xml:space="preserve"> the health of puppies and adult dogs and to allow any issues to be tracked.</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CCD98C0" w14:textId="77777777" w:rsidR="004D13D7" w:rsidRPr="00D35ABE" w:rsidRDefault="004D13D7" w:rsidP="004D13D7"/>
        </w:tc>
      </w:tr>
      <w:tr w:rsidR="004D13D7" w:rsidRPr="00D35ABE" w14:paraId="7D54C917"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B6C68AD" w14:textId="300F5942" w:rsidR="004D13D7" w:rsidRDefault="004D13D7" w:rsidP="004D13D7">
            <w:pPr>
              <w:rPr>
                <w:sz w:val="16"/>
              </w:rPr>
            </w:pPr>
            <w:r>
              <w:rPr>
                <w:sz w:val="16"/>
              </w:rPr>
              <w:t>Part C - dogs</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8F87882" w14:textId="6EFF6FAF" w:rsidR="004D13D7" w:rsidRDefault="004D13D7" w:rsidP="004D13D7">
            <w:pPr>
              <w:rPr>
                <w:sz w:val="16"/>
              </w:rPr>
            </w:pPr>
            <w:r>
              <w:rPr>
                <w:sz w:val="16"/>
              </w:rPr>
              <w:t>Minimum standard 7.0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F33EDE3" w14:textId="2C17E4F0" w:rsidR="004D13D7" w:rsidRPr="000F405C" w:rsidRDefault="004D13D7" w:rsidP="004D13D7">
            <w:pPr>
              <w:rPr>
                <w:sz w:val="16"/>
              </w:rPr>
            </w:pPr>
            <w:r w:rsidRPr="000F405C">
              <w:rPr>
                <w:sz w:val="16"/>
              </w:rPr>
              <w:t xml:space="preserve">A documented </w:t>
            </w:r>
            <w:proofErr w:type="spellStart"/>
            <w:r w:rsidRPr="000F405C">
              <w:rPr>
                <w:sz w:val="16"/>
              </w:rPr>
              <w:t>programme</w:t>
            </w:r>
            <w:proofErr w:type="spellEnd"/>
            <w:r w:rsidRPr="000F405C">
              <w:rPr>
                <w:sz w:val="16"/>
              </w:rPr>
              <w:t xml:space="preserve"> must be </w:t>
            </w:r>
            <w:proofErr w:type="gramStart"/>
            <w:r w:rsidRPr="000F405C">
              <w:rPr>
                <w:sz w:val="16"/>
              </w:rPr>
              <w:t>available</w:t>
            </w:r>
            <w:proofErr w:type="gramEnd"/>
            <w:r w:rsidRPr="000F405C">
              <w:rPr>
                <w:sz w:val="16"/>
              </w:rPr>
              <w:t xml:space="preserve"> setting out enrichment both inside and </w:t>
            </w:r>
            <w:proofErr w:type="gramStart"/>
            <w:r w:rsidRPr="000F405C">
              <w:rPr>
                <w:sz w:val="16"/>
              </w:rPr>
              <w:t>outside</w:t>
            </w:r>
            <w:proofErr w:type="gramEnd"/>
            <w:r w:rsidRPr="000F405C">
              <w:rPr>
                <w:sz w:val="16"/>
              </w:rPr>
              <w:t xml:space="preserve"> including grooming, </w:t>
            </w:r>
            <w:proofErr w:type="spellStart"/>
            <w:r w:rsidRPr="000F405C">
              <w:rPr>
                <w:sz w:val="16"/>
              </w:rPr>
              <w:t>socialisation</w:t>
            </w:r>
            <w:proofErr w:type="spellEnd"/>
            <w:r w:rsidRPr="000F405C">
              <w:rPr>
                <w:sz w:val="16"/>
              </w:rPr>
              <w:t xml:space="preserve"> and play.</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63A156E" w14:textId="77777777" w:rsidR="004D13D7" w:rsidRPr="00D35ABE" w:rsidRDefault="004D13D7" w:rsidP="004D13D7"/>
        </w:tc>
      </w:tr>
      <w:tr w:rsidR="004D13D7" w:rsidRPr="00D35ABE" w14:paraId="333B3244"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F04D696" w14:textId="1B022945" w:rsidR="004D13D7" w:rsidRDefault="004D13D7" w:rsidP="004D13D7">
            <w:pPr>
              <w:rPr>
                <w:sz w:val="16"/>
              </w:rPr>
            </w:pPr>
            <w:r>
              <w:rPr>
                <w:sz w:val="16"/>
              </w:rPr>
              <w:t>Part C - dogs</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7A9079D" w14:textId="1EE2A156" w:rsidR="004D13D7" w:rsidRDefault="004D13D7" w:rsidP="004D13D7">
            <w:pPr>
              <w:rPr>
                <w:sz w:val="16"/>
              </w:rPr>
            </w:pPr>
            <w:r>
              <w:rPr>
                <w:sz w:val="16"/>
              </w:rPr>
              <w:t>Minimum standard 7.0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A960B0B" w14:textId="3740EAA1" w:rsidR="004D13D7" w:rsidRPr="000F405C" w:rsidRDefault="004D13D7" w:rsidP="004D13D7">
            <w:pPr>
              <w:rPr>
                <w:sz w:val="16"/>
              </w:rPr>
            </w:pPr>
            <w:r w:rsidRPr="000F405C">
              <w:rPr>
                <w:sz w:val="16"/>
              </w:rPr>
              <w:t xml:space="preserve">A daily </w:t>
            </w:r>
            <w:proofErr w:type="spellStart"/>
            <w:r w:rsidRPr="000F405C">
              <w:rPr>
                <w:sz w:val="16"/>
              </w:rPr>
              <w:t>socialisation</w:t>
            </w:r>
            <w:proofErr w:type="spellEnd"/>
            <w:r w:rsidRPr="000F405C">
              <w:rPr>
                <w:sz w:val="16"/>
              </w:rPr>
              <w:t xml:space="preserve"> and habituation </w:t>
            </w:r>
            <w:proofErr w:type="spellStart"/>
            <w:r w:rsidRPr="000F405C">
              <w:rPr>
                <w:sz w:val="16"/>
              </w:rPr>
              <w:t>programme</w:t>
            </w:r>
            <w:proofErr w:type="spellEnd"/>
            <w:r w:rsidRPr="000F405C">
              <w:rPr>
                <w:sz w:val="16"/>
              </w:rPr>
              <w:t xml:space="preserve"> must be documented and implemented.</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9328C3F" w14:textId="77777777" w:rsidR="004D13D7" w:rsidRPr="00D35ABE" w:rsidRDefault="004D13D7" w:rsidP="004D13D7"/>
        </w:tc>
      </w:tr>
      <w:tr w:rsidR="004D13D7" w:rsidRPr="00D35ABE" w14:paraId="5A94A341"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D77AD18" w14:textId="33721A1F" w:rsidR="004D13D7" w:rsidRDefault="004D13D7" w:rsidP="004D13D7">
            <w:pPr>
              <w:rPr>
                <w:sz w:val="16"/>
              </w:rPr>
            </w:pPr>
            <w:r>
              <w:rPr>
                <w:sz w:val="16"/>
              </w:rPr>
              <w:t>Part C - dogs</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33862CA" w14:textId="59129F4D" w:rsidR="004D13D7" w:rsidRDefault="004D13D7" w:rsidP="004D13D7">
            <w:pPr>
              <w:rPr>
                <w:sz w:val="16"/>
              </w:rPr>
            </w:pPr>
            <w:r>
              <w:rPr>
                <w:sz w:val="16"/>
              </w:rPr>
              <w:t>Minimum standard 9.0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5329688" w14:textId="16C697D3" w:rsidR="004D13D7" w:rsidRPr="000F405C" w:rsidRDefault="004D13D7" w:rsidP="004D13D7">
            <w:pPr>
              <w:rPr>
                <w:sz w:val="16"/>
              </w:rPr>
            </w:pPr>
            <w:r w:rsidRPr="000F405C">
              <w:rPr>
                <w:sz w:val="16"/>
              </w:rPr>
              <w:t>Routine and documented treatment must be in place for internal and external parasites (adult dogs and puppies must be wormed and given flea and tick treatment as appropriate).</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0C5AD43" w14:textId="77777777" w:rsidR="004D13D7" w:rsidRPr="00D35ABE" w:rsidRDefault="004D13D7" w:rsidP="004D13D7"/>
        </w:tc>
      </w:tr>
      <w:tr w:rsidR="004D13D7" w:rsidRPr="00D35ABE" w14:paraId="185E3DA0"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354FDE8" w14:textId="78646E7D" w:rsidR="004D13D7" w:rsidRDefault="004D13D7" w:rsidP="004D13D7">
            <w:pPr>
              <w:rPr>
                <w:sz w:val="16"/>
              </w:rPr>
            </w:pPr>
            <w:r>
              <w:rPr>
                <w:sz w:val="16"/>
              </w:rPr>
              <w:t>Part D - cats</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E9D8398" w14:textId="26985D1F" w:rsidR="004D13D7" w:rsidRDefault="004D13D7" w:rsidP="004D13D7">
            <w:pPr>
              <w:rPr>
                <w:sz w:val="16"/>
              </w:rPr>
            </w:pPr>
            <w:r>
              <w:rPr>
                <w:sz w:val="16"/>
              </w:rPr>
              <w:t>Required higher standard 6.0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BCE6802" w14:textId="5B008EE9" w:rsidR="004D13D7" w:rsidRPr="000F405C" w:rsidRDefault="004D13D7" w:rsidP="004D13D7">
            <w:pPr>
              <w:rPr>
                <w:sz w:val="16"/>
              </w:rPr>
            </w:pPr>
            <w:r w:rsidRPr="000F405C">
              <w:rPr>
                <w:sz w:val="16"/>
              </w:rPr>
              <w:t xml:space="preserve">Where the individual cat will benefit, they must every day be given some food through scatter feeding or other appropriate feeding </w:t>
            </w:r>
            <w:proofErr w:type="gramStart"/>
            <w:r w:rsidRPr="000F405C">
              <w:rPr>
                <w:sz w:val="16"/>
              </w:rPr>
              <w:t>device</w:t>
            </w:r>
            <w:proofErr w:type="gramEnd"/>
            <w:r w:rsidRPr="000F405C">
              <w:rPr>
                <w:sz w:val="16"/>
              </w:rPr>
              <w:t xml:space="preserve">. Cats must still get </w:t>
            </w:r>
            <w:proofErr w:type="gramStart"/>
            <w:r w:rsidRPr="000F405C">
              <w:rPr>
                <w:sz w:val="16"/>
              </w:rPr>
              <w:t>the majority of</w:t>
            </w:r>
            <w:proofErr w:type="gramEnd"/>
            <w:r w:rsidRPr="000F405C">
              <w:rPr>
                <w:sz w:val="16"/>
              </w:rPr>
              <w:t xml:space="preserve"> their daily food allowance in a feeding dish. If this is not done the reason must be documented, for example, due to veterinary advice.</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879166E" w14:textId="77777777" w:rsidR="004D13D7" w:rsidRPr="00D35ABE" w:rsidRDefault="004D13D7" w:rsidP="004D13D7"/>
        </w:tc>
      </w:tr>
      <w:tr w:rsidR="004D13D7" w:rsidRPr="00D35ABE" w14:paraId="237C9EFF"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202AFC9" w14:textId="0FB7340E" w:rsidR="004D13D7" w:rsidRDefault="004D13D7" w:rsidP="004D13D7">
            <w:pPr>
              <w:rPr>
                <w:sz w:val="16"/>
              </w:rPr>
            </w:pPr>
            <w:r>
              <w:rPr>
                <w:sz w:val="16"/>
              </w:rPr>
              <w:lastRenderedPageBreak/>
              <w:t>Part D - cats</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C1EB0F2" w14:textId="3CA727BA" w:rsidR="004D13D7" w:rsidRDefault="004D13D7" w:rsidP="004D13D7">
            <w:pPr>
              <w:rPr>
                <w:sz w:val="16"/>
              </w:rPr>
            </w:pPr>
            <w:r w:rsidRPr="00B0532C">
              <w:rPr>
                <w:sz w:val="16"/>
              </w:rPr>
              <w:t>Minimum standard 7.0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07728BA" w14:textId="74C278D1" w:rsidR="004D13D7" w:rsidRPr="00211974" w:rsidRDefault="004D13D7" w:rsidP="004D13D7">
            <w:pPr>
              <w:rPr>
                <w:sz w:val="16"/>
              </w:rPr>
            </w:pPr>
            <w:r w:rsidRPr="000F405C">
              <w:rPr>
                <w:sz w:val="16"/>
              </w:rPr>
              <w:t xml:space="preserve">A daily </w:t>
            </w:r>
            <w:proofErr w:type="spellStart"/>
            <w:r w:rsidRPr="000F405C">
              <w:rPr>
                <w:sz w:val="16"/>
              </w:rPr>
              <w:t>socialisation</w:t>
            </w:r>
            <w:proofErr w:type="spellEnd"/>
            <w:r w:rsidRPr="000F405C">
              <w:rPr>
                <w:sz w:val="16"/>
              </w:rPr>
              <w:t xml:space="preserve"> and habituation </w:t>
            </w:r>
            <w:proofErr w:type="spellStart"/>
            <w:r w:rsidRPr="000F405C">
              <w:rPr>
                <w:sz w:val="16"/>
              </w:rPr>
              <w:t>programme</w:t>
            </w:r>
            <w:proofErr w:type="spellEnd"/>
            <w:r w:rsidRPr="000F405C">
              <w:rPr>
                <w:sz w:val="16"/>
              </w:rPr>
              <w:t xml:space="preserve"> must be documented and implemented for kittens less than 12 weeks.</w:t>
            </w:r>
            <w:r>
              <w:rPr>
                <w:sz w:val="16"/>
              </w:rPr>
              <w:t xml:space="preserve">  </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662484E" w14:textId="77777777" w:rsidR="004D13D7" w:rsidRPr="00D35ABE" w:rsidRDefault="004D13D7" w:rsidP="004D13D7"/>
        </w:tc>
      </w:tr>
      <w:tr w:rsidR="004D13D7" w:rsidRPr="00D35ABE" w14:paraId="3DADED17"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3BD853E" w14:textId="2DC031BD" w:rsidR="004D13D7" w:rsidRDefault="004D13D7" w:rsidP="004D13D7">
            <w:pPr>
              <w:rPr>
                <w:sz w:val="16"/>
              </w:rPr>
            </w:pPr>
            <w:r>
              <w:rPr>
                <w:sz w:val="16"/>
              </w:rPr>
              <w:t>Part D - cats</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8AD7AD4" w14:textId="2FBA902A" w:rsidR="004D13D7" w:rsidRPr="003E361C" w:rsidRDefault="004D13D7" w:rsidP="004D13D7">
            <w:pPr>
              <w:rPr>
                <w:sz w:val="16"/>
                <w:highlight w:val="yellow"/>
              </w:rPr>
            </w:pPr>
            <w:r w:rsidRPr="00B0532C">
              <w:rPr>
                <w:sz w:val="16"/>
              </w:rPr>
              <w:t>Require higher standard 7.0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24E1904" w14:textId="51BA5289" w:rsidR="004D13D7" w:rsidRPr="000F405C" w:rsidRDefault="004D13D7" w:rsidP="004D13D7">
            <w:pPr>
              <w:rPr>
                <w:sz w:val="16"/>
              </w:rPr>
            </w:pPr>
            <w:r w:rsidRPr="007A1675">
              <w:rPr>
                <w:sz w:val="16"/>
              </w:rPr>
              <w:t xml:space="preserve">A written </w:t>
            </w:r>
            <w:proofErr w:type="spellStart"/>
            <w:r w:rsidRPr="007A1675">
              <w:rPr>
                <w:sz w:val="16"/>
              </w:rPr>
              <w:t>programme</w:t>
            </w:r>
            <w:proofErr w:type="spellEnd"/>
            <w:r w:rsidRPr="007A1675">
              <w:rPr>
                <w:sz w:val="16"/>
              </w:rPr>
              <w:t xml:space="preserve"> must be </w:t>
            </w:r>
            <w:proofErr w:type="gramStart"/>
            <w:r w:rsidRPr="007A1675">
              <w:rPr>
                <w:sz w:val="16"/>
              </w:rPr>
              <w:t>available</w:t>
            </w:r>
            <w:proofErr w:type="gramEnd"/>
            <w:r w:rsidRPr="007A1675">
              <w:rPr>
                <w:sz w:val="16"/>
              </w:rPr>
              <w:t xml:space="preserve"> setting out a variety of enrichment both inside and outside, including training, grooming, </w:t>
            </w:r>
            <w:proofErr w:type="spellStart"/>
            <w:r w:rsidRPr="007A1675">
              <w:rPr>
                <w:sz w:val="16"/>
              </w:rPr>
              <w:t>socialisation</w:t>
            </w:r>
            <w:proofErr w:type="spellEnd"/>
            <w:r w:rsidRPr="007A1675">
              <w:rPr>
                <w:sz w:val="16"/>
              </w:rPr>
              <w:t xml:space="preserve"> and play</w:t>
            </w:r>
            <w:r>
              <w:rPr>
                <w:sz w:val="16"/>
              </w:rPr>
              <w:t>.</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9228DFC" w14:textId="77777777" w:rsidR="004D13D7" w:rsidRPr="00D35ABE" w:rsidRDefault="004D13D7" w:rsidP="004D13D7"/>
        </w:tc>
      </w:tr>
      <w:tr w:rsidR="004D13D7" w:rsidRPr="00D35ABE" w14:paraId="2EFF54A3"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8730338" w14:textId="34521AD9" w:rsidR="004D13D7" w:rsidRDefault="004D13D7" w:rsidP="004D13D7">
            <w:pPr>
              <w:rPr>
                <w:sz w:val="16"/>
              </w:rPr>
            </w:pPr>
            <w:r>
              <w:rPr>
                <w:sz w:val="16"/>
              </w:rPr>
              <w:t>Part G - ferrets</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F4F5DB9" w14:textId="223D45A7" w:rsidR="004D13D7" w:rsidRDefault="004D13D7" w:rsidP="004D13D7">
            <w:pPr>
              <w:rPr>
                <w:sz w:val="16"/>
              </w:rPr>
            </w:pPr>
            <w:r>
              <w:rPr>
                <w:sz w:val="16"/>
              </w:rPr>
              <w:t>Minimum standard 8.0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2CB6F01" w14:textId="2CD66390" w:rsidR="004D13D7" w:rsidRPr="007A1675" w:rsidRDefault="004D13D7" w:rsidP="004D13D7">
            <w:pPr>
              <w:rPr>
                <w:sz w:val="16"/>
              </w:rPr>
            </w:pPr>
            <w:r>
              <w:rPr>
                <w:sz w:val="16"/>
              </w:rPr>
              <w:t>B</w:t>
            </w:r>
            <w:r w:rsidRPr="003E361C">
              <w:rPr>
                <w:sz w:val="16"/>
              </w:rPr>
              <w:t xml:space="preserve">eing induced </w:t>
            </w:r>
            <w:proofErr w:type="spellStart"/>
            <w:r w:rsidRPr="003E361C">
              <w:rPr>
                <w:sz w:val="16"/>
              </w:rPr>
              <w:t>ovulators</w:t>
            </w:r>
            <w:proofErr w:type="spellEnd"/>
            <w:r w:rsidRPr="003E361C">
              <w:rPr>
                <w:sz w:val="16"/>
              </w:rPr>
              <w:t xml:space="preserve">, adult jills must be prevented from remaining in season to mitigate </w:t>
            </w:r>
            <w:proofErr w:type="spellStart"/>
            <w:proofErr w:type="gramStart"/>
            <w:r w:rsidRPr="003E361C">
              <w:rPr>
                <w:sz w:val="16"/>
              </w:rPr>
              <w:t>oestrogen</w:t>
            </w:r>
            <w:proofErr w:type="spellEnd"/>
            <w:r w:rsidRPr="003E361C">
              <w:rPr>
                <w:sz w:val="16"/>
              </w:rPr>
              <w:t xml:space="preserve"> related</w:t>
            </w:r>
            <w:proofErr w:type="gramEnd"/>
            <w:r w:rsidRPr="003E361C">
              <w:rPr>
                <w:sz w:val="16"/>
              </w:rPr>
              <w:t xml:space="preserve"> diseases. Veterinary advice must be sought about reproductive management. This must be documented and the reproductive issues explained to prospective purchasers.</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16E494F" w14:textId="77777777" w:rsidR="004D13D7" w:rsidRPr="00D35ABE" w:rsidRDefault="004D13D7" w:rsidP="004D13D7"/>
        </w:tc>
      </w:tr>
      <w:tr w:rsidR="004D13D7" w:rsidRPr="00D35ABE" w14:paraId="15CC4123"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4C83194" w14:textId="30F32A70" w:rsidR="004D13D7" w:rsidRDefault="004D13D7" w:rsidP="004D13D7">
            <w:pPr>
              <w:rPr>
                <w:sz w:val="16"/>
              </w:rPr>
            </w:pPr>
            <w:r>
              <w:rPr>
                <w:sz w:val="16"/>
              </w:rPr>
              <w:t xml:space="preserve">Part I – other </w:t>
            </w:r>
            <w:proofErr w:type="spellStart"/>
            <w:proofErr w:type="gramStart"/>
            <w:r>
              <w:rPr>
                <w:sz w:val="16"/>
              </w:rPr>
              <w:t>non domestic</w:t>
            </w:r>
            <w:proofErr w:type="spellEnd"/>
            <w:proofErr w:type="gramEnd"/>
            <w:r>
              <w:rPr>
                <w:sz w:val="16"/>
              </w:rPr>
              <w:t xml:space="preserve"> species (mammals)</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F22DCED" w14:textId="6A871996" w:rsidR="004D13D7" w:rsidRPr="003E361C" w:rsidRDefault="004D13D7" w:rsidP="004D13D7">
            <w:pPr>
              <w:rPr>
                <w:sz w:val="16"/>
              </w:rPr>
            </w:pPr>
            <w:r>
              <w:rPr>
                <w:sz w:val="16"/>
              </w:rPr>
              <w:t>Optional h</w:t>
            </w:r>
            <w:r w:rsidRPr="003E361C">
              <w:rPr>
                <w:sz w:val="16"/>
              </w:rPr>
              <w:t xml:space="preserve">igher standard 6.0 </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D736A0A" w14:textId="77777777" w:rsidR="004D13D7" w:rsidRPr="007A1675" w:rsidRDefault="004D13D7" w:rsidP="004D13D7">
            <w:pPr>
              <w:rPr>
                <w:sz w:val="16"/>
                <w:lang w:val="en-GB"/>
              </w:rPr>
            </w:pPr>
            <w:r w:rsidRPr="007A1675">
              <w:rPr>
                <w:sz w:val="16"/>
                <w:lang w:val="en-GB"/>
              </w:rPr>
              <w:t>A written programme must be available setting out a variety of appropriate enrichment provided.</w:t>
            </w:r>
          </w:p>
          <w:p w14:paraId="178221A1" w14:textId="77777777" w:rsidR="004D13D7" w:rsidRPr="007A1675" w:rsidRDefault="004D13D7" w:rsidP="004D13D7">
            <w:pPr>
              <w:rPr>
                <w:sz w:val="16"/>
              </w:rPr>
            </w:pP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650D36F" w14:textId="77777777" w:rsidR="004D13D7" w:rsidRPr="00D35ABE" w:rsidRDefault="004D13D7" w:rsidP="004D13D7"/>
        </w:tc>
      </w:tr>
      <w:tr w:rsidR="004D13D7" w:rsidRPr="00D35ABE" w14:paraId="24C3ECDD"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B7746C6" w14:textId="4BD9E425" w:rsidR="004D13D7" w:rsidRDefault="004D13D7" w:rsidP="004D13D7">
            <w:pPr>
              <w:rPr>
                <w:sz w:val="16"/>
              </w:rPr>
            </w:pPr>
            <w:r>
              <w:rPr>
                <w:sz w:val="16"/>
              </w:rPr>
              <w:t>Part J - birds</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9E2DE7E" w14:textId="17860A2E" w:rsidR="004D13D7" w:rsidRPr="003E361C" w:rsidRDefault="004D13D7" w:rsidP="004D13D7">
            <w:pPr>
              <w:rPr>
                <w:sz w:val="16"/>
              </w:rPr>
            </w:pPr>
            <w:r>
              <w:rPr>
                <w:sz w:val="16"/>
              </w:rPr>
              <w:t>Required higher standard 5.0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F7E42F8" w14:textId="38A9E85F" w:rsidR="004D13D7" w:rsidRPr="003E361C" w:rsidRDefault="004D13D7" w:rsidP="004D13D7">
            <w:pPr>
              <w:rPr>
                <w:sz w:val="16"/>
                <w:lang w:val="en-GB"/>
              </w:rPr>
            </w:pPr>
            <w:r w:rsidRPr="003E361C">
              <w:rPr>
                <w:sz w:val="16"/>
              </w:rPr>
              <w:t>Output of UVB bulbs must be monitored with a UV meter and recorded. Species specific requirements must be documented and available for inspection.</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9DBEA9B" w14:textId="77777777" w:rsidR="004D13D7" w:rsidRPr="00D35ABE" w:rsidRDefault="004D13D7" w:rsidP="004D13D7"/>
        </w:tc>
      </w:tr>
      <w:tr w:rsidR="004D13D7" w:rsidRPr="00D35ABE" w14:paraId="626A510E"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56AAA70" w14:textId="098C3141" w:rsidR="004D13D7" w:rsidRDefault="004D13D7" w:rsidP="004D13D7">
            <w:pPr>
              <w:rPr>
                <w:sz w:val="16"/>
              </w:rPr>
            </w:pPr>
            <w:r>
              <w:rPr>
                <w:sz w:val="16"/>
              </w:rPr>
              <w:t>Part K -reptiles</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8194F67" w14:textId="516A1AB4" w:rsidR="004D13D7" w:rsidRDefault="004D13D7" w:rsidP="004D13D7">
            <w:pPr>
              <w:rPr>
                <w:sz w:val="16"/>
              </w:rPr>
            </w:pPr>
            <w:r w:rsidRPr="00B0532C">
              <w:rPr>
                <w:sz w:val="16"/>
              </w:rPr>
              <w:t>Minimum standard</w:t>
            </w:r>
            <w:r>
              <w:rPr>
                <w:sz w:val="16"/>
              </w:rPr>
              <w:t xml:space="preserve"> 5.0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E07C52F" w14:textId="27A190FA" w:rsidR="004D13D7" w:rsidRPr="003E361C" w:rsidRDefault="004D13D7" w:rsidP="004D13D7">
            <w:pPr>
              <w:rPr>
                <w:sz w:val="16"/>
              </w:rPr>
            </w:pPr>
            <w:r w:rsidRPr="003E361C">
              <w:rPr>
                <w:sz w:val="16"/>
              </w:rPr>
              <w:t xml:space="preserve">Appropriate temperatures for each species that is in stock or commonly stocked by the </w:t>
            </w:r>
            <w:proofErr w:type="spellStart"/>
            <w:r w:rsidRPr="003E361C">
              <w:rPr>
                <w:sz w:val="16"/>
              </w:rPr>
              <w:t>licence</w:t>
            </w:r>
            <w:proofErr w:type="spellEnd"/>
            <w:r w:rsidRPr="003E361C">
              <w:rPr>
                <w:sz w:val="16"/>
              </w:rPr>
              <w:t xml:space="preserve"> holder must be documented in written procedures.</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B2480B5" w14:textId="77777777" w:rsidR="004D13D7" w:rsidRPr="00D35ABE" w:rsidRDefault="004D13D7" w:rsidP="004D13D7"/>
        </w:tc>
      </w:tr>
      <w:tr w:rsidR="004D13D7" w:rsidRPr="00D35ABE" w14:paraId="2955D4B6"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D7AEC37" w14:textId="2234ECDF" w:rsidR="004D13D7" w:rsidRDefault="004D13D7" w:rsidP="004D13D7">
            <w:pPr>
              <w:rPr>
                <w:sz w:val="16"/>
              </w:rPr>
            </w:pPr>
            <w:r>
              <w:rPr>
                <w:sz w:val="16"/>
              </w:rPr>
              <w:t xml:space="preserve">Part K –reptiles </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FC4BE65" w14:textId="6DE3842E" w:rsidR="004D13D7" w:rsidRPr="007A1675" w:rsidRDefault="004D13D7" w:rsidP="004D13D7">
            <w:pPr>
              <w:rPr>
                <w:sz w:val="16"/>
              </w:rPr>
            </w:pPr>
            <w:r>
              <w:rPr>
                <w:sz w:val="16"/>
              </w:rPr>
              <w:t>Minimum standard 5.0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FFC7F30" w14:textId="77777777" w:rsidR="004D13D7" w:rsidRPr="003E361C" w:rsidRDefault="004D13D7" w:rsidP="004D13D7">
            <w:pPr>
              <w:rPr>
                <w:sz w:val="16"/>
                <w:lang w:val="en-GB"/>
              </w:rPr>
            </w:pPr>
            <w:r w:rsidRPr="003E361C">
              <w:rPr>
                <w:sz w:val="16"/>
                <w:lang w:val="en-GB"/>
              </w:rPr>
              <w:t>Appropriate temperatures for each species that is in stock or commonly stocked by the licence holder must be documented in written procedures.</w:t>
            </w:r>
          </w:p>
          <w:p w14:paraId="24A8303A" w14:textId="77777777" w:rsidR="004D13D7" w:rsidRPr="003E361C" w:rsidRDefault="004D13D7" w:rsidP="004D13D7">
            <w:pPr>
              <w:rPr>
                <w:sz w:val="16"/>
                <w:lang w:val="en-GB"/>
              </w:rPr>
            </w:pPr>
            <w:r w:rsidRPr="003E361C">
              <w:rPr>
                <w:sz w:val="16"/>
                <w:lang w:val="en-GB"/>
              </w:rPr>
              <w:t>At a minimum, the written procedures must document:</w:t>
            </w:r>
          </w:p>
          <w:p w14:paraId="634EE81A" w14:textId="77777777" w:rsidR="004D13D7" w:rsidRPr="003E361C" w:rsidRDefault="004D13D7" w:rsidP="004D13D7">
            <w:pPr>
              <w:numPr>
                <w:ilvl w:val="0"/>
                <w:numId w:val="12"/>
              </w:numPr>
              <w:rPr>
                <w:sz w:val="16"/>
                <w:lang w:val="en-GB"/>
              </w:rPr>
            </w:pPr>
            <w:r w:rsidRPr="003E361C">
              <w:rPr>
                <w:sz w:val="16"/>
                <w:lang w:val="en-GB"/>
              </w:rPr>
              <w:t>ambient day temperature range</w:t>
            </w:r>
          </w:p>
          <w:p w14:paraId="652B0EC6" w14:textId="77777777" w:rsidR="004D13D7" w:rsidRPr="003E361C" w:rsidRDefault="004D13D7" w:rsidP="004D13D7">
            <w:pPr>
              <w:numPr>
                <w:ilvl w:val="0"/>
                <w:numId w:val="12"/>
              </w:numPr>
              <w:rPr>
                <w:sz w:val="16"/>
                <w:lang w:val="en-GB"/>
              </w:rPr>
            </w:pPr>
            <w:r w:rsidRPr="003E361C">
              <w:rPr>
                <w:sz w:val="16"/>
                <w:lang w:val="en-GB"/>
              </w:rPr>
              <w:t>minimum ambient night temperature</w:t>
            </w:r>
          </w:p>
          <w:p w14:paraId="3FE2C042" w14:textId="77777777" w:rsidR="004D13D7" w:rsidRPr="003E361C" w:rsidRDefault="004D13D7" w:rsidP="004D13D7">
            <w:pPr>
              <w:numPr>
                <w:ilvl w:val="0"/>
                <w:numId w:val="12"/>
              </w:numPr>
              <w:rPr>
                <w:sz w:val="16"/>
                <w:lang w:val="en-GB"/>
              </w:rPr>
            </w:pPr>
            <w:r w:rsidRPr="003E361C">
              <w:rPr>
                <w:sz w:val="16"/>
                <w:lang w:val="en-GB"/>
              </w:rPr>
              <w:t>basking zone temperature (where appropriate)</w:t>
            </w:r>
          </w:p>
          <w:p w14:paraId="09C8D5F4" w14:textId="3501FA00" w:rsidR="004D13D7" w:rsidRPr="003E361C" w:rsidRDefault="004D13D7" w:rsidP="004D13D7">
            <w:pPr>
              <w:numPr>
                <w:ilvl w:val="0"/>
                <w:numId w:val="12"/>
              </w:numPr>
              <w:rPr>
                <w:sz w:val="16"/>
                <w:lang w:val="en-GB"/>
              </w:rPr>
            </w:pPr>
            <w:r w:rsidRPr="003E361C">
              <w:rPr>
                <w:sz w:val="16"/>
                <w:lang w:val="en-GB"/>
              </w:rPr>
              <w:t>UV requirements (where appropriate)</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8C49A06" w14:textId="77777777" w:rsidR="004D13D7" w:rsidRPr="00D35ABE" w:rsidRDefault="004D13D7" w:rsidP="004D13D7"/>
        </w:tc>
      </w:tr>
      <w:tr w:rsidR="004D13D7" w:rsidRPr="00D35ABE" w14:paraId="0008080C"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D8EE68A" w14:textId="2F6BD70B" w:rsidR="004D13D7" w:rsidRDefault="004D13D7" w:rsidP="004D13D7">
            <w:pPr>
              <w:rPr>
                <w:sz w:val="16"/>
              </w:rPr>
            </w:pPr>
            <w:r>
              <w:rPr>
                <w:sz w:val="16"/>
              </w:rPr>
              <w:t>Part K - reptiles</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E2EF4EF" w14:textId="311B6C8E" w:rsidR="004D13D7" w:rsidRDefault="004D13D7" w:rsidP="004D13D7">
            <w:pPr>
              <w:rPr>
                <w:sz w:val="16"/>
              </w:rPr>
            </w:pPr>
            <w:r>
              <w:rPr>
                <w:sz w:val="16"/>
              </w:rPr>
              <w:t>Required higher standard 5.0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636EB1D" w14:textId="276C7B9B" w:rsidR="004D13D7" w:rsidRPr="003E361C" w:rsidRDefault="004D13D7" w:rsidP="004D13D7">
            <w:pPr>
              <w:rPr>
                <w:sz w:val="16"/>
                <w:lang w:val="en-GB"/>
              </w:rPr>
            </w:pPr>
            <w:r w:rsidRPr="003E361C">
              <w:rPr>
                <w:sz w:val="16"/>
                <w:lang w:val="en-GB"/>
              </w:rPr>
              <w:t>Required higher standards for providing a suitable environment for reptiles and amphibians</w:t>
            </w:r>
          </w:p>
          <w:p w14:paraId="63E6A3E1" w14:textId="77777777" w:rsidR="004D13D7" w:rsidRPr="003E361C" w:rsidRDefault="004D13D7" w:rsidP="004D13D7">
            <w:pPr>
              <w:rPr>
                <w:sz w:val="16"/>
                <w:lang w:val="en-GB"/>
              </w:rPr>
            </w:pPr>
            <w:r w:rsidRPr="003E361C">
              <w:rPr>
                <w:sz w:val="16"/>
                <w:lang w:val="en-GB"/>
              </w:rPr>
              <w:t>The output of UVB lamps must be monitored with a UV meter and recorded on a weekly basis. Species specific requirements must be documented and available for inspection.</w:t>
            </w:r>
          </w:p>
          <w:p w14:paraId="3A771C2A" w14:textId="5BED8E6B" w:rsidR="004D13D7" w:rsidRPr="003E361C" w:rsidRDefault="004D13D7" w:rsidP="004D13D7">
            <w:pPr>
              <w:rPr>
                <w:sz w:val="16"/>
                <w:lang w:val="en-GB"/>
              </w:rPr>
            </w:pPr>
            <w:r w:rsidRPr="003E361C">
              <w:rPr>
                <w:sz w:val="16"/>
                <w:lang w:val="en-GB"/>
              </w:rPr>
              <w:t>Specific written protocols for the quarantine or prevention of release of chytridiomycosis and potentially other biological agents must be available for inspection where amphibians are maintained.</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6803899" w14:textId="77777777" w:rsidR="004D13D7" w:rsidRPr="00D35ABE" w:rsidRDefault="004D13D7" w:rsidP="004D13D7"/>
        </w:tc>
      </w:tr>
      <w:tr w:rsidR="004D13D7" w:rsidRPr="00D35ABE" w14:paraId="38472628"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3B76348" w14:textId="059C898D" w:rsidR="004D13D7" w:rsidRDefault="004D13D7" w:rsidP="004D13D7">
            <w:pPr>
              <w:rPr>
                <w:sz w:val="16"/>
              </w:rPr>
            </w:pPr>
            <w:r>
              <w:rPr>
                <w:sz w:val="16"/>
              </w:rPr>
              <w:t>Part K - reptiles</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D686426" w14:textId="0DA0A70B" w:rsidR="004D13D7" w:rsidRDefault="004D13D7" w:rsidP="004D13D7">
            <w:pPr>
              <w:rPr>
                <w:sz w:val="16"/>
              </w:rPr>
            </w:pPr>
            <w:r>
              <w:rPr>
                <w:sz w:val="16"/>
              </w:rPr>
              <w:t xml:space="preserve">Minimum </w:t>
            </w:r>
            <w:r w:rsidRPr="00B0532C">
              <w:rPr>
                <w:sz w:val="16"/>
              </w:rPr>
              <w:t xml:space="preserve">standard </w:t>
            </w:r>
            <w:r>
              <w:rPr>
                <w:sz w:val="16"/>
              </w:rPr>
              <w:t>6.0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1131EFE" w14:textId="77777777" w:rsidR="004D13D7" w:rsidRPr="003E361C" w:rsidRDefault="004D13D7" w:rsidP="004D13D7">
            <w:pPr>
              <w:rPr>
                <w:sz w:val="16"/>
                <w:lang w:val="en-GB"/>
              </w:rPr>
            </w:pPr>
            <w:r w:rsidRPr="003E361C">
              <w:rPr>
                <w:sz w:val="16"/>
                <w:lang w:val="en-GB"/>
              </w:rPr>
              <w:t>Feeding reptiles and amphibians</w:t>
            </w:r>
          </w:p>
          <w:p w14:paraId="18D6D8FA" w14:textId="0C986ED5" w:rsidR="004D13D7" w:rsidRPr="003E361C" w:rsidRDefault="004D13D7" w:rsidP="004D13D7">
            <w:pPr>
              <w:rPr>
                <w:sz w:val="16"/>
                <w:lang w:val="en-GB"/>
              </w:rPr>
            </w:pPr>
            <w:r w:rsidRPr="003E361C">
              <w:rPr>
                <w:sz w:val="16"/>
                <w:lang w:val="en-GB"/>
              </w:rPr>
              <w:t>Licence holders must maintain written records of feeding for all snakes, including hatchlings, which must be made available to buyers and inspectors.</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54EBA21" w14:textId="77777777" w:rsidR="004D13D7" w:rsidRPr="00D35ABE" w:rsidRDefault="004D13D7" w:rsidP="004D13D7"/>
        </w:tc>
      </w:tr>
      <w:tr w:rsidR="004D13D7" w:rsidRPr="00D35ABE" w14:paraId="739D8457"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E883480" w14:textId="662FFE48" w:rsidR="004D13D7" w:rsidRDefault="004D13D7" w:rsidP="004D13D7">
            <w:pPr>
              <w:rPr>
                <w:sz w:val="16"/>
              </w:rPr>
            </w:pPr>
            <w:r>
              <w:rPr>
                <w:sz w:val="16"/>
              </w:rPr>
              <w:t xml:space="preserve">Part L - fish </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5A52ED76" w14:textId="7BB3096F" w:rsidR="004D13D7" w:rsidRDefault="004D13D7" w:rsidP="004D13D7">
            <w:pPr>
              <w:rPr>
                <w:sz w:val="16"/>
              </w:rPr>
            </w:pPr>
            <w:r>
              <w:rPr>
                <w:sz w:val="16"/>
              </w:rPr>
              <w:t>Minimum standard 9.0</w:t>
            </w: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A6CB557" w14:textId="70FE871E" w:rsidR="004D13D7" w:rsidRPr="003E361C" w:rsidRDefault="004D13D7" w:rsidP="004D13D7">
            <w:pPr>
              <w:rPr>
                <w:sz w:val="16"/>
                <w:lang w:val="en-GB"/>
              </w:rPr>
            </w:pPr>
            <w:r w:rsidRPr="003E361C">
              <w:rPr>
                <w:sz w:val="16"/>
              </w:rPr>
              <w:t xml:space="preserve">Anyone responsible for </w:t>
            </w:r>
            <w:proofErr w:type="spellStart"/>
            <w:r w:rsidRPr="003E361C">
              <w:rPr>
                <w:sz w:val="16"/>
              </w:rPr>
              <w:t>euthanising</w:t>
            </w:r>
            <w:proofErr w:type="spellEnd"/>
            <w:r w:rsidRPr="003E361C">
              <w:rPr>
                <w:sz w:val="16"/>
              </w:rPr>
              <w:t xml:space="preserve"> fish must follow recommended practices, written procedures and have been suitably trained.</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77758C8A" w14:textId="77777777" w:rsidR="004D13D7" w:rsidRPr="00D35ABE" w:rsidRDefault="004D13D7" w:rsidP="004D13D7"/>
        </w:tc>
      </w:tr>
      <w:tr w:rsidR="004D13D7" w:rsidRPr="00D35ABE" w14:paraId="680DBC74"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D46D150" w14:textId="7FBC10AB" w:rsidR="004D13D7" w:rsidRDefault="004D13D7" w:rsidP="004D13D7">
            <w:pPr>
              <w:rPr>
                <w:sz w:val="16"/>
              </w:rPr>
            </w:pPr>
            <w:r>
              <w:rPr>
                <w:sz w:val="16"/>
              </w:rPr>
              <w:lastRenderedPageBreak/>
              <w:t xml:space="preserve">Part L - fish </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88CA21F" w14:textId="2902A316" w:rsidR="004D13D7" w:rsidRPr="00B624EA" w:rsidRDefault="004D13D7" w:rsidP="004D13D7">
            <w:pPr>
              <w:rPr>
                <w:sz w:val="16"/>
                <w:lang w:val="en-GB"/>
              </w:rPr>
            </w:pPr>
            <w:r w:rsidRPr="00B624EA">
              <w:rPr>
                <w:sz w:val="16"/>
                <w:lang w:val="en-GB"/>
              </w:rPr>
              <w:t>Businesses consolidating imports of fish</w:t>
            </w:r>
          </w:p>
          <w:p w14:paraId="70D89C7D" w14:textId="77777777" w:rsidR="004D13D7" w:rsidRDefault="004D13D7" w:rsidP="004D13D7">
            <w:pPr>
              <w:rPr>
                <w:sz w:val="16"/>
              </w:rPr>
            </w:pP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40F84A9E" w14:textId="6C7B3819" w:rsidR="004D13D7" w:rsidRPr="00B624EA" w:rsidRDefault="004D13D7" w:rsidP="004D13D7">
            <w:pPr>
              <w:rPr>
                <w:sz w:val="16"/>
                <w:lang w:val="en-GB"/>
              </w:rPr>
            </w:pPr>
            <w:r w:rsidRPr="003E361C">
              <w:rPr>
                <w:sz w:val="16"/>
                <w:lang w:val="en-GB"/>
              </w:rPr>
              <w:t>3.3 (written training policy) - at least one designated member of staff to be on site with an understan</w:t>
            </w:r>
            <w:r>
              <w:rPr>
                <w:sz w:val="16"/>
                <w:lang w:val="en-GB"/>
              </w:rPr>
              <w:t>d</w:t>
            </w:r>
            <w:r w:rsidRPr="003E361C">
              <w:rPr>
                <w:sz w:val="16"/>
                <w:lang w:val="en-GB"/>
              </w:rPr>
              <w:t>ing of current import regulations</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105355C2" w14:textId="77777777" w:rsidR="004D13D7" w:rsidRPr="00D35ABE" w:rsidRDefault="004D13D7" w:rsidP="004D13D7"/>
        </w:tc>
      </w:tr>
      <w:tr w:rsidR="004D13D7" w:rsidRPr="00D35ABE" w14:paraId="5D96123D" w14:textId="77777777" w:rsidTr="00D35ABE">
        <w:trPr>
          <w:jc w:val="center"/>
        </w:trPr>
        <w:tc>
          <w:tcPr>
            <w:tcW w:w="1440"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2BEBE77C" w14:textId="0E6CF22B" w:rsidR="004D13D7" w:rsidRDefault="004D13D7" w:rsidP="004D13D7">
            <w:pPr>
              <w:rPr>
                <w:sz w:val="16"/>
              </w:rPr>
            </w:pPr>
            <w:r>
              <w:rPr>
                <w:sz w:val="16"/>
              </w:rPr>
              <w:t>Part L -fish</w:t>
            </w:r>
          </w:p>
        </w:tc>
        <w:tc>
          <w:tcPr>
            <w:tcW w:w="201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66343FA0" w14:textId="7D2EEC87" w:rsidR="004D13D7" w:rsidRPr="00B624EA" w:rsidRDefault="004D13D7" w:rsidP="004D13D7">
            <w:pPr>
              <w:rPr>
                <w:sz w:val="16"/>
                <w:lang w:val="en-GB"/>
              </w:rPr>
            </w:pPr>
            <w:r w:rsidRPr="00B624EA">
              <w:rPr>
                <w:sz w:val="16"/>
                <w:lang w:val="en-GB"/>
              </w:rPr>
              <w:t>Businesses consolidating imports of fish</w:t>
            </w:r>
          </w:p>
          <w:p w14:paraId="141C4E5A" w14:textId="77777777" w:rsidR="004D13D7" w:rsidRDefault="004D13D7" w:rsidP="004D13D7">
            <w:pPr>
              <w:rPr>
                <w:sz w:val="16"/>
              </w:rPr>
            </w:pPr>
          </w:p>
        </w:tc>
        <w:tc>
          <w:tcPr>
            <w:tcW w:w="6624"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0D417F02" w14:textId="77777777" w:rsidR="004D13D7" w:rsidRPr="003E361C" w:rsidRDefault="004D13D7" w:rsidP="004D13D7">
            <w:pPr>
              <w:rPr>
                <w:sz w:val="16"/>
                <w:lang w:val="en-GB"/>
              </w:rPr>
            </w:pPr>
            <w:r w:rsidRPr="003E361C">
              <w:rPr>
                <w:sz w:val="16"/>
                <w:lang w:val="en-GB"/>
              </w:rPr>
              <w:t>Businesses must have:</w:t>
            </w:r>
          </w:p>
          <w:p w14:paraId="24B22D18" w14:textId="77777777" w:rsidR="004D13D7" w:rsidRPr="003E361C" w:rsidRDefault="004D13D7" w:rsidP="004D13D7">
            <w:pPr>
              <w:numPr>
                <w:ilvl w:val="0"/>
                <w:numId w:val="14"/>
              </w:numPr>
              <w:rPr>
                <w:sz w:val="16"/>
                <w:lang w:val="en-GB"/>
              </w:rPr>
            </w:pPr>
            <w:r w:rsidRPr="003E361C">
              <w:rPr>
                <w:sz w:val="16"/>
                <w:lang w:val="en-GB"/>
              </w:rPr>
              <w:t>documented procedures that control and manage the buying and selling of fish</w:t>
            </w:r>
          </w:p>
          <w:p w14:paraId="6278C27D" w14:textId="77777777" w:rsidR="004D13D7" w:rsidRPr="003E361C" w:rsidRDefault="004D13D7" w:rsidP="004D13D7">
            <w:pPr>
              <w:numPr>
                <w:ilvl w:val="0"/>
                <w:numId w:val="14"/>
              </w:numPr>
              <w:rPr>
                <w:sz w:val="16"/>
                <w:lang w:val="en-GB"/>
              </w:rPr>
            </w:pPr>
            <w:r w:rsidRPr="003E361C">
              <w:rPr>
                <w:sz w:val="16"/>
                <w:lang w:val="en-GB"/>
              </w:rPr>
              <w:t>internal controls in place to detect irregular transactions</w:t>
            </w:r>
          </w:p>
          <w:p w14:paraId="1CF6960F" w14:textId="345EC173" w:rsidR="004D13D7" w:rsidRPr="00B624EA" w:rsidRDefault="004D13D7" w:rsidP="004D13D7">
            <w:pPr>
              <w:numPr>
                <w:ilvl w:val="0"/>
                <w:numId w:val="14"/>
              </w:numPr>
              <w:rPr>
                <w:sz w:val="16"/>
                <w:lang w:val="en-GB"/>
              </w:rPr>
            </w:pPr>
            <w:r w:rsidRPr="003E361C">
              <w:rPr>
                <w:sz w:val="16"/>
                <w:lang w:val="en-GB"/>
              </w:rPr>
              <w:t>a well-maintained accounting system with a full audit trail</w:t>
            </w:r>
          </w:p>
        </w:tc>
        <w:tc>
          <w:tcPr>
            <w:tcW w:w="936" w:type="dxa"/>
            <w:tcBorders>
              <w:top w:val="single" w:sz="4" w:space="0" w:color="D9E2E7"/>
              <w:left w:val="single" w:sz="4" w:space="0" w:color="D9E2E7"/>
              <w:bottom w:val="single" w:sz="4" w:space="0" w:color="D9E2E7"/>
              <w:right w:val="single" w:sz="4" w:space="0" w:color="D9E2E7"/>
            </w:tcBorders>
            <w:tcMar>
              <w:top w:w="90" w:type="dxa"/>
              <w:left w:w="100" w:type="dxa"/>
              <w:bottom w:w="90" w:type="dxa"/>
              <w:right w:w="100" w:type="dxa"/>
            </w:tcMar>
            <w:vAlign w:val="center"/>
          </w:tcPr>
          <w:p w14:paraId="3AE77C3D" w14:textId="77777777" w:rsidR="004D13D7" w:rsidRPr="00D35ABE" w:rsidRDefault="004D13D7" w:rsidP="004D13D7"/>
        </w:tc>
      </w:tr>
    </w:tbl>
    <w:p w14:paraId="1443F2DC" w14:textId="490DEE32" w:rsidR="00142424" w:rsidRDefault="00142424" w:rsidP="00525215">
      <w:pPr>
        <w:pStyle w:val="Heading2"/>
      </w:pPr>
    </w:p>
    <w:sectPr w:rsidR="00142424" w:rsidSect="00034616">
      <w:footerReference w:type="default" r:id="rId10"/>
      <w:pgSz w:w="12240" w:h="15840"/>
      <w:pgMar w:top="864"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4DA1E" w14:textId="77777777" w:rsidR="00D46BC8" w:rsidRDefault="00D46BC8">
      <w:pPr>
        <w:spacing w:after="0" w:line="240" w:lineRule="auto"/>
      </w:pPr>
      <w:r>
        <w:separator/>
      </w:r>
    </w:p>
  </w:endnote>
  <w:endnote w:type="continuationSeparator" w:id="0">
    <w:p w14:paraId="53935713" w14:textId="77777777" w:rsidR="00D46BC8" w:rsidRDefault="00D46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149E5" w14:textId="2D63A579" w:rsidR="00142424" w:rsidRDefault="002F7851">
    <w:pPr>
      <w:pStyle w:val="Footer"/>
      <w:jc w:val="center"/>
    </w:pPr>
    <w:r>
      <w:rPr>
        <w:color w:val="646464"/>
        <w:sz w:val="16"/>
      </w:rPr>
      <w:t xml:space="preserve">North Devon Council – </w:t>
    </w:r>
    <w:r w:rsidR="0063656D">
      <w:rPr>
        <w:color w:val="646464"/>
        <w:sz w:val="16"/>
      </w:rPr>
      <w:t>S</w:t>
    </w:r>
    <w:r>
      <w:rPr>
        <w:color w:val="646464"/>
        <w:sz w:val="16"/>
      </w:rPr>
      <w:t xml:space="preserve">elling animals as </w:t>
    </w:r>
    <w:proofErr w:type="gramStart"/>
    <w:r>
      <w:rPr>
        <w:color w:val="646464"/>
        <w:sz w:val="16"/>
      </w:rPr>
      <w:t>pets</w:t>
    </w:r>
    <w:proofErr w:type="gramEnd"/>
    <w:r>
      <w:rPr>
        <w:color w:val="646464"/>
        <w:sz w:val="16"/>
      </w:rPr>
      <w:t xml:space="preserve"> checklist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F9C5C" w14:textId="77777777" w:rsidR="00D46BC8" w:rsidRDefault="00D46BC8">
      <w:pPr>
        <w:spacing w:after="0" w:line="240" w:lineRule="auto"/>
      </w:pPr>
      <w:r>
        <w:separator/>
      </w:r>
    </w:p>
  </w:footnote>
  <w:footnote w:type="continuationSeparator" w:id="0">
    <w:p w14:paraId="5B208FEF" w14:textId="77777777" w:rsidR="00D46BC8" w:rsidRDefault="00D46B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FF047D"/>
    <w:multiLevelType w:val="multilevel"/>
    <w:tmpl w:val="C8D2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1267A5"/>
    <w:multiLevelType w:val="multilevel"/>
    <w:tmpl w:val="F5684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8C14CA"/>
    <w:multiLevelType w:val="hybridMultilevel"/>
    <w:tmpl w:val="021EB3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A7016A"/>
    <w:multiLevelType w:val="multilevel"/>
    <w:tmpl w:val="FD3C7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A60E8E"/>
    <w:multiLevelType w:val="multilevel"/>
    <w:tmpl w:val="4484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5E1684"/>
    <w:multiLevelType w:val="multilevel"/>
    <w:tmpl w:val="0596A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05777C"/>
    <w:multiLevelType w:val="multilevel"/>
    <w:tmpl w:val="47D08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2648575">
    <w:abstractNumId w:val="8"/>
  </w:num>
  <w:num w:numId="2" w16cid:durableId="900989890">
    <w:abstractNumId w:val="6"/>
  </w:num>
  <w:num w:numId="3" w16cid:durableId="672221408">
    <w:abstractNumId w:val="5"/>
  </w:num>
  <w:num w:numId="4" w16cid:durableId="1139952280">
    <w:abstractNumId w:val="4"/>
  </w:num>
  <w:num w:numId="5" w16cid:durableId="1262450020">
    <w:abstractNumId w:val="7"/>
  </w:num>
  <w:num w:numId="6" w16cid:durableId="539439561">
    <w:abstractNumId w:val="3"/>
  </w:num>
  <w:num w:numId="7" w16cid:durableId="462311999">
    <w:abstractNumId w:val="2"/>
  </w:num>
  <w:num w:numId="8" w16cid:durableId="1527720075">
    <w:abstractNumId w:val="1"/>
  </w:num>
  <w:num w:numId="9" w16cid:durableId="509565629">
    <w:abstractNumId w:val="0"/>
  </w:num>
  <w:num w:numId="10" w16cid:durableId="172652786">
    <w:abstractNumId w:val="12"/>
  </w:num>
  <w:num w:numId="11" w16cid:durableId="761534421">
    <w:abstractNumId w:val="11"/>
  </w:num>
  <w:num w:numId="12" w16cid:durableId="1921719330">
    <w:abstractNumId w:val="9"/>
  </w:num>
  <w:num w:numId="13" w16cid:durableId="1133476289">
    <w:abstractNumId w:val="15"/>
  </w:num>
  <w:num w:numId="14" w16cid:durableId="1333725334">
    <w:abstractNumId w:val="13"/>
  </w:num>
  <w:num w:numId="15" w16cid:durableId="932054216">
    <w:abstractNumId w:val="10"/>
  </w:num>
  <w:num w:numId="16" w16cid:durableId="21187146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0F1"/>
    <w:rsid w:val="000F405C"/>
    <w:rsid w:val="00142424"/>
    <w:rsid w:val="0015074B"/>
    <w:rsid w:val="001947D8"/>
    <w:rsid w:val="001C53CB"/>
    <w:rsid w:val="00211974"/>
    <w:rsid w:val="00212B1C"/>
    <w:rsid w:val="0029639D"/>
    <w:rsid w:val="002E38E5"/>
    <w:rsid w:val="002F7851"/>
    <w:rsid w:val="00326F90"/>
    <w:rsid w:val="003B199C"/>
    <w:rsid w:val="003E361C"/>
    <w:rsid w:val="004D13D7"/>
    <w:rsid w:val="00525215"/>
    <w:rsid w:val="00542362"/>
    <w:rsid w:val="005D0B7C"/>
    <w:rsid w:val="0063656D"/>
    <w:rsid w:val="00653AF5"/>
    <w:rsid w:val="00655AF2"/>
    <w:rsid w:val="00683794"/>
    <w:rsid w:val="00693B77"/>
    <w:rsid w:val="00733937"/>
    <w:rsid w:val="007A1675"/>
    <w:rsid w:val="00A72F90"/>
    <w:rsid w:val="00AA1D8D"/>
    <w:rsid w:val="00B0532C"/>
    <w:rsid w:val="00B12867"/>
    <w:rsid w:val="00B47730"/>
    <w:rsid w:val="00B624EA"/>
    <w:rsid w:val="00BC176D"/>
    <w:rsid w:val="00BC763C"/>
    <w:rsid w:val="00CA40CA"/>
    <w:rsid w:val="00CB0664"/>
    <w:rsid w:val="00D3060C"/>
    <w:rsid w:val="00D35ABE"/>
    <w:rsid w:val="00D46BC8"/>
    <w:rsid w:val="00D52E6E"/>
    <w:rsid w:val="00DD55C9"/>
    <w:rsid w:val="00F45B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E0D782"/>
  <w14:defaultImageDpi w14:val="300"/>
  <w15:docId w15:val="{66FBE07B-94C1-4CC3-9D89-A0856C38E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5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5F"/>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F6F7E"/>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B199C"/>
    <w:rPr>
      <w:color w:val="0000FF"/>
      <w:u w:val="single"/>
    </w:rPr>
  </w:style>
  <w:style w:type="character" w:styleId="UnresolvedMention">
    <w:name w:val="Unresolved Mention"/>
    <w:basedOn w:val="DefaultParagraphFont"/>
    <w:uiPriority w:val="99"/>
    <w:semiHidden/>
    <w:unhideWhenUsed/>
    <w:rsid w:val="001947D8"/>
    <w:rPr>
      <w:color w:val="605E5C"/>
      <w:shd w:val="clear" w:color="auto" w:fill="E1DFDD"/>
    </w:rPr>
  </w:style>
  <w:style w:type="paragraph" w:styleId="NormalWeb">
    <w:name w:val="Normal (Web)"/>
    <w:basedOn w:val="Normal"/>
    <w:uiPriority w:val="99"/>
    <w:semiHidden/>
    <w:unhideWhenUsed/>
    <w:rsid w:val="00BC763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uk/government/publications/animal-activities-licensing-guidance-for-local-authorities/selling-animals-as-pets-licensing-statutory-guidance-for-local-authoritie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7</Pages>
  <Words>2358</Words>
  <Characters>13443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Checklist for Selling Animals as Pets</vt:lpstr>
    </vt:vector>
  </TitlesOfParts>
  <Manager/>
  <Company/>
  <LinksUpToDate>false</LinksUpToDate>
  <CharactersWithSpaces>15770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for Selling Animals as Pets</dc:title>
  <dc:subject>Draft checklist for pet sales licence applicants</dc:subject>
  <dc:creator>Katy Nicholls</dc:creator>
  <cp:keywords/>
  <dc:description>Draft created for review by North Devon Council Licensing and Communications teams.</dc:description>
  <cp:lastModifiedBy>Katy Nicholls</cp:lastModifiedBy>
  <cp:revision>22</cp:revision>
  <dcterms:created xsi:type="dcterms:W3CDTF">2026-07-23T11:09:00Z</dcterms:created>
  <dcterms:modified xsi:type="dcterms:W3CDTF">2026-07-23T15:38:00Z</dcterms:modified>
  <cp:category/>
</cp:coreProperties>
</file>